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D924" w14:textId="77777777" w:rsidR="001510A7" w:rsidRDefault="001510A7" w:rsidP="001510A7">
      <w:pPr>
        <w:spacing w:after="0" w:line="240" w:lineRule="auto"/>
        <w:jc w:val="center"/>
        <w:rPr>
          <w:b/>
          <w:bCs/>
        </w:rPr>
      </w:pPr>
      <w:r w:rsidRPr="007859E4">
        <w:rPr>
          <w:b/>
          <w:bCs/>
        </w:rPr>
        <w:t>PANDUAN PENGISIAN</w:t>
      </w:r>
      <w:r w:rsidRPr="007859E4">
        <w:rPr>
          <w:b/>
          <w:bCs/>
        </w:rPr>
        <w:br/>
        <w:t>FORMULIR PENGUMPULAN DATA SEJARAH STASI</w:t>
      </w:r>
    </w:p>
    <w:p w14:paraId="675E1A36" w14:textId="77777777" w:rsidR="001510A7" w:rsidRPr="007859E4" w:rsidRDefault="001510A7" w:rsidP="001510A7">
      <w:pPr>
        <w:spacing w:after="0" w:line="240" w:lineRule="auto"/>
        <w:jc w:val="center"/>
        <w:rPr>
          <w:b/>
          <w:bCs/>
        </w:rPr>
      </w:pPr>
    </w:p>
    <w:p w14:paraId="2020652F" w14:textId="77777777" w:rsidR="001510A7" w:rsidRDefault="001510A7" w:rsidP="001510A7">
      <w:pPr>
        <w:spacing w:after="0" w:line="240" w:lineRule="auto"/>
        <w:jc w:val="both"/>
      </w:pPr>
      <w:proofErr w:type="spellStart"/>
      <w:r>
        <w:t>Formulir</w:t>
      </w:r>
      <w:proofErr w:type="spellEnd"/>
      <w:r>
        <w:t xml:space="preserve"> ini </w:t>
      </w:r>
      <w:proofErr w:type="spellStart"/>
      <w:r>
        <w:t>disusun</w:t>
      </w:r>
      <w:proofErr w:type="spellEnd"/>
      <w:r>
        <w:t xml:space="preserve"> oleh Dewan Pastoral </w:t>
      </w:r>
      <w:proofErr w:type="spellStart"/>
      <w:r>
        <w:t>Paroki</w:t>
      </w:r>
      <w:proofErr w:type="spellEnd"/>
      <w:r>
        <w:t xml:space="preserve"> Santo Hendrikus Melolo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Seksi</w:t>
      </w:r>
      <w:proofErr w:type="spellEnd"/>
      <w:r>
        <w:t xml:space="preserve"> KOMSOS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dan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kesaksian</w:t>
      </w:r>
      <w:proofErr w:type="spellEnd"/>
      <w:r>
        <w:t xml:space="preserve"> para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umat</w:t>
      </w:r>
      <w:proofErr w:type="spellEnd"/>
      <w:r>
        <w:t>.</w:t>
      </w:r>
      <w:r>
        <w:br/>
      </w:r>
      <w:proofErr w:type="spellStart"/>
      <w:r>
        <w:t>Pengisian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perintis</w:t>
      </w:r>
      <w:proofErr w:type="spellEnd"/>
      <w:r>
        <w:t xml:space="preserve">,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yang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,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>.</w:t>
      </w:r>
    </w:p>
    <w:p w14:paraId="15D66E34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A. IDENTITAS UMUM STASI</w:t>
      </w:r>
    </w:p>
    <w:p w14:paraId="5E4E8839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 xml:space="preserve">Nama Stasi: </w:t>
      </w:r>
      <w:proofErr w:type="spellStart"/>
      <w:r>
        <w:t>Tuliskan</w:t>
      </w:r>
      <w:proofErr w:type="spellEnd"/>
      <w:r>
        <w:t xml:space="preserve"> nama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gereja</w:t>
      </w:r>
      <w:proofErr w:type="spellEnd"/>
      <w:r>
        <w:t>.</w:t>
      </w:r>
    </w:p>
    <w:p w14:paraId="05CCC98E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 xml:space="preserve">Nama Pelindung: </w:t>
      </w:r>
      <w:proofErr w:type="spellStart"/>
      <w:r>
        <w:t>Tuliskan</w:t>
      </w:r>
      <w:proofErr w:type="spellEnd"/>
      <w:r>
        <w:t xml:space="preserve"> nama santo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santa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 </w:t>
      </w:r>
      <w:proofErr w:type="spellStart"/>
      <w:r>
        <w:t>stasi</w:t>
      </w:r>
      <w:proofErr w:type="spellEnd"/>
      <w:r>
        <w:t>.</w:t>
      </w:r>
    </w:p>
    <w:p w14:paraId="1C5CEDB5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proofErr w:type="spellStart"/>
      <w:r>
        <w:t>Paroki</w:t>
      </w:r>
      <w:proofErr w:type="spellEnd"/>
      <w:r>
        <w:t xml:space="preserve"> </w:t>
      </w:r>
      <w:proofErr w:type="spellStart"/>
      <w:r>
        <w:t>Induk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nama </w:t>
      </w:r>
      <w:proofErr w:type="spellStart"/>
      <w:r>
        <w:t>paroki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ini </w:t>
      </w:r>
      <w:proofErr w:type="spellStart"/>
      <w:r>
        <w:t>berada</w:t>
      </w:r>
      <w:proofErr w:type="spellEnd"/>
      <w:r>
        <w:t>.</w:t>
      </w:r>
    </w:p>
    <w:p w14:paraId="3417F72C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proofErr w:type="spellStart"/>
      <w:r>
        <w:t>Keuskupan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nama </w:t>
      </w:r>
      <w:proofErr w:type="spellStart"/>
      <w:r>
        <w:t>keuskupan</w:t>
      </w:r>
      <w:proofErr w:type="spellEnd"/>
      <w:r>
        <w:t xml:space="preserve"> yang </w:t>
      </w:r>
      <w:proofErr w:type="spellStart"/>
      <w:r>
        <w:t>menaungi</w:t>
      </w:r>
      <w:proofErr w:type="spellEnd"/>
      <w:r>
        <w:t xml:space="preserve"> </w:t>
      </w:r>
      <w:proofErr w:type="spellStart"/>
      <w:r>
        <w:t>paroki</w:t>
      </w:r>
      <w:proofErr w:type="spellEnd"/>
      <w:r>
        <w:t xml:space="preserve"> dan </w:t>
      </w:r>
      <w:proofErr w:type="spellStart"/>
      <w:r>
        <w:t>stasi</w:t>
      </w:r>
      <w:proofErr w:type="spellEnd"/>
      <w:r>
        <w:t xml:space="preserve"> ini.</w:t>
      </w:r>
    </w:p>
    <w:p w14:paraId="1672123A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 xml:space="preserve">Alamat Lengkap: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(</w:t>
      </w:r>
      <w:proofErr w:type="spellStart"/>
      <w:r>
        <w:t>desa</w:t>
      </w:r>
      <w:proofErr w:type="spellEnd"/>
      <w:r>
        <w:t>/</w:t>
      </w:r>
      <w:proofErr w:type="spellStart"/>
      <w:r>
        <w:t>kelurahan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>).</w:t>
      </w:r>
    </w:p>
    <w:p w14:paraId="3131FA3C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proofErr w:type="spellStart"/>
      <w:r>
        <w:t>Tahun</w:t>
      </w:r>
      <w:proofErr w:type="spellEnd"/>
      <w:r>
        <w:t xml:space="preserve"> Berdiri: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terbentuknya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Katolik</w:t>
      </w:r>
      <w:proofErr w:type="spellEnd"/>
      <w:r>
        <w:t>.</w:t>
      </w:r>
    </w:p>
    <w:p w14:paraId="6559AE5B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proofErr w:type="spellStart"/>
      <w:r>
        <w:t>Tanggal</w:t>
      </w:r>
      <w:proofErr w:type="spellEnd"/>
      <w:r>
        <w:t xml:space="preserve"> </w:t>
      </w:r>
      <w:proofErr w:type="spellStart"/>
      <w:r>
        <w:t>Peresmian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peresmian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</w:p>
    <w:p w14:paraId="3C82BBBD" w14:textId="77777777" w:rsidR="001510A7" w:rsidRDefault="001510A7" w:rsidP="001510A7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 xml:space="preserve">Status Awal: </w:t>
      </w:r>
      <w:proofErr w:type="spellStart"/>
      <w:r>
        <w:t>Tuliskan</w:t>
      </w:r>
      <w:proofErr w:type="spellEnd"/>
      <w:r>
        <w:t xml:space="preserve"> status </w:t>
      </w:r>
      <w:proofErr w:type="spellStart"/>
      <w:r>
        <w:t>awal</w:t>
      </w:r>
      <w:proofErr w:type="spellEnd"/>
      <w:r>
        <w:t xml:space="preserve"> wilayah ini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(</w:t>
      </w:r>
      <w:proofErr w:type="spellStart"/>
      <w:r>
        <w:t>misalnya</w:t>
      </w:r>
      <w:proofErr w:type="spellEnd"/>
      <w:r>
        <w:t xml:space="preserve"> wilayah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kapela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lain).</w:t>
      </w:r>
    </w:p>
    <w:p w14:paraId="7E6923F6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B. LATAR BELAKANG BERDIRI STASI</w:t>
      </w:r>
    </w:p>
    <w:p w14:paraId="2295A08F" w14:textId="77777777" w:rsidR="001510A7" w:rsidRDefault="001510A7" w:rsidP="001510A7">
      <w:pPr>
        <w:pStyle w:val="ListParagraph"/>
        <w:numPr>
          <w:ilvl w:val="0"/>
          <w:numId w:val="12"/>
        </w:numPr>
        <w:spacing w:after="0" w:line="240" w:lineRule="auto"/>
        <w:jc w:val="both"/>
      </w:pPr>
      <w:r>
        <w:t xml:space="preserve">Awal Mula </w:t>
      </w:r>
      <w:proofErr w:type="spellStart"/>
      <w:r>
        <w:t>Hadirnya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hadir</w:t>
      </w:r>
      <w:proofErr w:type="spellEnd"/>
      <w:r>
        <w:t xml:space="preserve"> di wilayah ini.</w:t>
      </w:r>
    </w:p>
    <w:p w14:paraId="613D6218" w14:textId="77777777" w:rsidR="001510A7" w:rsidRDefault="001510A7" w:rsidP="001510A7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Tokoh</w:t>
      </w:r>
      <w:proofErr w:type="spellEnd"/>
      <w:r>
        <w:t xml:space="preserve"> </w:t>
      </w:r>
      <w:proofErr w:type="spellStart"/>
      <w:r>
        <w:t>Perintis</w:t>
      </w:r>
      <w:proofErr w:type="spellEnd"/>
      <w:r>
        <w:t xml:space="preserve"> Awal dan </w:t>
      </w:r>
      <w:proofErr w:type="spellStart"/>
      <w:r>
        <w:t>Peranannya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nama-nama </w:t>
      </w:r>
      <w:proofErr w:type="spellStart"/>
      <w:r>
        <w:t>tokoh</w:t>
      </w:r>
      <w:proofErr w:type="spellEnd"/>
      <w:r>
        <w:t xml:space="preserve"> yang </w:t>
      </w:r>
      <w:proofErr w:type="spellStart"/>
      <w:r>
        <w:t>berjasa</w:t>
      </w:r>
      <w:proofErr w:type="spellEnd"/>
      <w:r>
        <w:t xml:space="preserve"> </w:t>
      </w:r>
      <w:proofErr w:type="spellStart"/>
      <w:r>
        <w:t>merintis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Katolik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</w:p>
    <w:p w14:paraId="0AE90BE3" w14:textId="77777777" w:rsidR="001510A7" w:rsidRDefault="001510A7" w:rsidP="001510A7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Perayaan</w:t>
      </w:r>
      <w:proofErr w:type="spellEnd"/>
      <w:r>
        <w:t xml:space="preserve"> Misa: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misa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nama imam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misa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>.</w:t>
      </w:r>
    </w:p>
    <w:p w14:paraId="2979BCC9" w14:textId="77777777" w:rsidR="001510A7" w:rsidRDefault="001510A7" w:rsidP="001510A7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Tantangan</w:t>
      </w:r>
      <w:proofErr w:type="spellEnd"/>
      <w:r>
        <w:t xml:space="preserve"> Awal yang </w:t>
      </w:r>
      <w:proofErr w:type="spellStart"/>
      <w:r>
        <w:t>Dihadapi</w:t>
      </w:r>
      <w:proofErr w:type="spellEnd"/>
      <w:r>
        <w:t xml:space="preserve">: </w:t>
      </w:r>
      <w:proofErr w:type="spellStart"/>
      <w:r>
        <w:t>Tuliskan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pada masa </w:t>
      </w:r>
      <w:proofErr w:type="spellStart"/>
      <w:r>
        <w:t>awal</w:t>
      </w:r>
      <w:proofErr w:type="spellEnd"/>
      <w:r>
        <w:t>.</w:t>
      </w:r>
    </w:p>
    <w:p w14:paraId="3E4C4323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C. KRONOLOGI SEJARAH</w:t>
      </w:r>
    </w:p>
    <w:p w14:paraId="0EB86092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</w:t>
      </w:r>
      <w:proofErr w:type="spellStart"/>
      <w:r>
        <w:t>peristiwa-peristiwa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berurutan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(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kedatangan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misa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, </w:t>
      </w:r>
      <w:proofErr w:type="spellStart"/>
      <w:r>
        <w:t>renovasi</w:t>
      </w:r>
      <w:proofErr w:type="spellEnd"/>
      <w:r>
        <w:t xml:space="preserve">,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uskup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525D861F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D. PERKEMBANGAN UMAT DARI MASA KE MASA</w:t>
      </w:r>
    </w:p>
    <w:p w14:paraId="68EF3F3B" w14:textId="77777777" w:rsidR="001510A7" w:rsidRDefault="001510A7" w:rsidP="001510A7">
      <w:pPr>
        <w:pStyle w:val="ListParagraph"/>
        <w:numPr>
          <w:ilvl w:val="0"/>
          <w:numId w:val="13"/>
        </w:numPr>
        <w:spacing w:after="0" w:line="240" w:lineRule="auto"/>
        <w:jc w:val="both"/>
      </w:pPr>
      <w:r>
        <w:t xml:space="preserve"> 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berdiri</w:t>
      </w:r>
      <w:proofErr w:type="spellEnd"/>
      <w:r>
        <w:t>.</w:t>
      </w:r>
    </w:p>
    <w:p w14:paraId="3D59B0D2" w14:textId="77777777" w:rsidR="001510A7" w:rsidRDefault="001510A7" w:rsidP="001510A7">
      <w:pPr>
        <w:spacing w:after="0" w:line="240" w:lineRule="auto"/>
        <w:ind w:left="360"/>
        <w:jc w:val="both"/>
      </w:pPr>
      <w:r>
        <w:t xml:space="preserve">2–4.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pada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datanya</w:t>
      </w:r>
      <w:proofErr w:type="spellEnd"/>
      <w:r>
        <w:t>.</w:t>
      </w:r>
    </w:p>
    <w:p w14:paraId="34E141D4" w14:textId="77777777" w:rsidR="001510A7" w:rsidRDefault="001510A7" w:rsidP="001510A7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t xml:space="preserve"> 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ini.</w:t>
      </w:r>
    </w:p>
    <w:p w14:paraId="40A73E2D" w14:textId="77777777" w:rsidR="001510A7" w:rsidRDefault="001510A7" w:rsidP="001510A7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t xml:space="preserve"> 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(KK) </w:t>
      </w:r>
      <w:proofErr w:type="spellStart"/>
      <w:r>
        <w:t>saat</w:t>
      </w:r>
      <w:proofErr w:type="spellEnd"/>
      <w:r>
        <w:t xml:space="preserve"> ini.</w:t>
      </w:r>
    </w:p>
    <w:p w14:paraId="6B092E38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E. PERKEMBANGAN BANGUNAN DAN ASET</w:t>
      </w:r>
    </w:p>
    <w:p w14:paraId="5A3F0D6F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Tahun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</w:t>
      </w:r>
      <w:proofErr w:type="spellStart"/>
      <w:r>
        <w:t>pertama</w:t>
      </w:r>
      <w:proofErr w:type="spellEnd"/>
      <w:r>
        <w:t>.</w:t>
      </w:r>
    </w:p>
    <w:p w14:paraId="3FF3352A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Renovasi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perluasan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(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keterangan</w:t>
      </w:r>
      <w:proofErr w:type="spellEnd"/>
      <w:r>
        <w:t>).</w:t>
      </w:r>
    </w:p>
    <w:p w14:paraId="704B5DED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r>
        <w:t xml:space="preserve">Status </w:t>
      </w:r>
      <w:proofErr w:type="spellStart"/>
      <w:r>
        <w:t>tanah</w:t>
      </w:r>
      <w:proofErr w:type="spellEnd"/>
      <w:r>
        <w:t xml:space="preserve"> (</w:t>
      </w:r>
      <w:proofErr w:type="spellStart"/>
      <w:r>
        <w:t>hibah</w:t>
      </w:r>
      <w:proofErr w:type="spellEnd"/>
      <w:r>
        <w:t xml:space="preserve"> </w:t>
      </w:r>
      <w:proofErr w:type="spellStart"/>
      <w:r>
        <w:t>umat</w:t>
      </w:r>
      <w:proofErr w:type="spellEnd"/>
      <w:r>
        <w:t xml:space="preserve">,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paroki</w:t>
      </w:r>
      <w:proofErr w:type="spellEnd"/>
      <w:r>
        <w:t xml:space="preserve">, </w:t>
      </w:r>
      <w:proofErr w:type="spellStart"/>
      <w:r>
        <w:t>milik</w:t>
      </w:r>
      <w:proofErr w:type="spellEnd"/>
      <w:r>
        <w:t xml:space="preserve"> </w:t>
      </w:r>
      <w:proofErr w:type="spellStart"/>
      <w:r>
        <w:t>keuskupan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165F4CDA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r>
        <w:t xml:space="preserve">Luas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gereja</w:t>
      </w:r>
      <w:proofErr w:type="spellEnd"/>
      <w:r>
        <w:t>.</w:t>
      </w:r>
    </w:p>
    <w:p w14:paraId="6114157E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Nomor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>.</w:t>
      </w:r>
    </w:p>
    <w:p w14:paraId="5A897BDB" w14:textId="77777777" w:rsidR="001510A7" w:rsidRDefault="001510A7" w:rsidP="001510A7">
      <w:pPr>
        <w:pStyle w:val="ListParagraph"/>
        <w:numPr>
          <w:ilvl w:val="0"/>
          <w:numId w:val="14"/>
        </w:numPr>
        <w:spacing w:after="0" w:line="240" w:lineRule="auto"/>
        <w:ind w:left="709"/>
        <w:jc w:val="both"/>
      </w:pPr>
      <w:proofErr w:type="spellStart"/>
      <w:r>
        <w:t>Fasilitas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(aula, </w:t>
      </w:r>
      <w:proofErr w:type="spellStart"/>
      <w:r>
        <w:t>gua</w:t>
      </w:r>
      <w:proofErr w:type="spellEnd"/>
      <w:r>
        <w:t xml:space="preserve"> Maria,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katekis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67616EC7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F. DAFTAR IMAM / PELAYAN YANG PERNAH BERTUGAS</w:t>
      </w:r>
    </w:p>
    <w:p w14:paraId="1FE3A98D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nama imam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,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dan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>.</w:t>
      </w:r>
    </w:p>
    <w:p w14:paraId="7BEC5738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G. TOKOH UMAT YANG BERJASA</w:t>
      </w:r>
    </w:p>
    <w:p w14:paraId="34DAE6BF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nama </w:t>
      </w:r>
      <w:proofErr w:type="spellStart"/>
      <w:r>
        <w:t>umat</w:t>
      </w:r>
      <w:proofErr w:type="spellEnd"/>
      <w:r>
        <w:t xml:space="preserve"> yang </w:t>
      </w:r>
      <w:proofErr w:type="spellStart"/>
      <w:r>
        <w:t>berjasa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stasi</w:t>
      </w:r>
      <w:proofErr w:type="spellEnd"/>
      <w:r>
        <w:t xml:space="preserve">,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dan masa </w:t>
      </w:r>
      <w:proofErr w:type="spellStart"/>
      <w:r>
        <w:t>pengabdian</w:t>
      </w:r>
      <w:proofErr w:type="spellEnd"/>
      <w:r>
        <w:t>.</w:t>
      </w:r>
    </w:p>
    <w:p w14:paraId="4CD2FA56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H. KEHIDUPAN MENGGEREJA DAN KEGIATAN PASTORAL</w:t>
      </w:r>
    </w:p>
    <w:p w14:paraId="54DAA3FC" w14:textId="77777777" w:rsidR="001510A7" w:rsidRDefault="001510A7" w:rsidP="001510A7">
      <w:pPr>
        <w:pStyle w:val="ListParagraph"/>
        <w:numPr>
          <w:ilvl w:val="0"/>
          <w:numId w:val="16"/>
        </w:numPr>
        <w:spacing w:after="0" w:line="240" w:lineRule="auto"/>
        <w:jc w:val="both"/>
      </w:pPr>
      <w:proofErr w:type="spellStart"/>
      <w:r>
        <w:t>Kegiatan</w:t>
      </w:r>
      <w:proofErr w:type="spellEnd"/>
      <w:r>
        <w:t xml:space="preserve"> rutin </w:t>
      </w:r>
      <w:proofErr w:type="spellStart"/>
      <w:r>
        <w:t>mingguan</w:t>
      </w:r>
      <w:proofErr w:type="spellEnd"/>
      <w:r>
        <w:t>/</w:t>
      </w:r>
      <w:proofErr w:type="spellStart"/>
      <w:r>
        <w:t>bulanan</w:t>
      </w:r>
      <w:proofErr w:type="spellEnd"/>
      <w:r>
        <w:t xml:space="preserve"> (</w:t>
      </w:r>
      <w:proofErr w:type="spellStart"/>
      <w:r>
        <w:t>doa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ibadat</w:t>
      </w:r>
      <w:proofErr w:type="spellEnd"/>
      <w:r>
        <w:t xml:space="preserve"> </w:t>
      </w:r>
      <w:proofErr w:type="spellStart"/>
      <w:r>
        <w:t>sabda</w:t>
      </w:r>
      <w:proofErr w:type="spellEnd"/>
      <w:r>
        <w:t xml:space="preserve">,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koor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62D1E638" w14:textId="77777777" w:rsidR="001510A7" w:rsidRDefault="001510A7" w:rsidP="001510A7">
      <w:pPr>
        <w:pStyle w:val="ListParagraph"/>
        <w:numPr>
          <w:ilvl w:val="0"/>
          <w:numId w:val="16"/>
        </w:numPr>
        <w:spacing w:after="0" w:line="240" w:lineRule="auto"/>
        <w:jc w:val="both"/>
      </w:pPr>
      <w:proofErr w:type="spellStart"/>
      <w:r>
        <w:t>Kegiatan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tahunan</w:t>
      </w:r>
      <w:proofErr w:type="spellEnd"/>
      <w:r>
        <w:t xml:space="preserve"> (</w:t>
      </w:r>
      <w:proofErr w:type="spellStart"/>
      <w:r>
        <w:t>pesta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, Natal, </w:t>
      </w:r>
      <w:proofErr w:type="spellStart"/>
      <w:r>
        <w:t>Paskah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2979CCDC" w14:textId="77777777" w:rsidR="001510A7" w:rsidRDefault="001510A7" w:rsidP="001510A7">
      <w:pPr>
        <w:pStyle w:val="ListParagraph"/>
        <w:numPr>
          <w:ilvl w:val="0"/>
          <w:numId w:val="16"/>
        </w:numPr>
        <w:spacing w:after="0" w:line="240" w:lineRule="auto"/>
        <w:jc w:val="both"/>
      </w:pPr>
      <w:proofErr w:type="spellStart"/>
      <w:r>
        <w:t>Kelompok</w:t>
      </w:r>
      <w:proofErr w:type="spellEnd"/>
      <w:r>
        <w:t xml:space="preserve"> </w:t>
      </w:r>
      <w:proofErr w:type="spellStart"/>
      <w:r>
        <w:t>kategorial</w:t>
      </w:r>
      <w:proofErr w:type="spellEnd"/>
      <w:r>
        <w:t xml:space="preserve"> yang </w:t>
      </w:r>
      <w:proofErr w:type="spellStart"/>
      <w:r>
        <w:t>aktif</w:t>
      </w:r>
      <w:proofErr w:type="spellEnd"/>
      <w:r>
        <w:t xml:space="preserve"> (OMK, </w:t>
      </w:r>
      <w:proofErr w:type="spellStart"/>
      <w:r>
        <w:t>Legio</w:t>
      </w:r>
      <w:proofErr w:type="spellEnd"/>
      <w:r>
        <w:t xml:space="preserve"> Maria, </w:t>
      </w:r>
      <w:proofErr w:type="spellStart"/>
      <w:r>
        <w:t>misdinar</w:t>
      </w:r>
      <w:proofErr w:type="spellEnd"/>
      <w:r>
        <w:t xml:space="preserve">, </w:t>
      </w:r>
      <w:proofErr w:type="spellStart"/>
      <w:r>
        <w:t>koor</w:t>
      </w:r>
      <w:proofErr w:type="spellEnd"/>
      <w:r>
        <w:t xml:space="preserve">, </w:t>
      </w:r>
      <w:proofErr w:type="spellStart"/>
      <w:r>
        <w:t>dll</w:t>
      </w:r>
      <w:proofErr w:type="spellEnd"/>
      <w:r>
        <w:t>).</w:t>
      </w:r>
    </w:p>
    <w:p w14:paraId="40B4D795" w14:textId="77777777" w:rsidR="001510A7" w:rsidRDefault="001510A7" w:rsidP="001510A7">
      <w:pPr>
        <w:pStyle w:val="ListParagraph"/>
        <w:numPr>
          <w:ilvl w:val="0"/>
          <w:numId w:val="16"/>
        </w:numPr>
        <w:spacing w:after="0" w:line="240" w:lineRule="auto"/>
        <w:jc w:val="both"/>
      </w:pPr>
      <w:proofErr w:type="spellStart"/>
      <w:r>
        <w:t>Tradisi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khas</w:t>
      </w:r>
      <w:proofErr w:type="spellEnd"/>
      <w:r>
        <w:t xml:space="preserve"> </w:t>
      </w:r>
      <w:proofErr w:type="spellStart"/>
      <w:r>
        <w:t>stasi</w:t>
      </w:r>
      <w:proofErr w:type="spellEnd"/>
      <w:r>
        <w:t>.</w:t>
      </w:r>
    </w:p>
    <w:p w14:paraId="74BF49CA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I. PERISTIWA BESAR / BENCANA / KUNJUNGAN PENTING</w:t>
      </w:r>
    </w:p>
    <w:p w14:paraId="697EC257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uskup</w:t>
      </w:r>
      <w:proofErr w:type="spellEnd"/>
      <w:r>
        <w:t xml:space="preserve">,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perayaan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</w:p>
    <w:p w14:paraId="3EF27C77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J. DATA LEGALITAS DAN TANAH</w:t>
      </w:r>
    </w:p>
    <w:p w14:paraId="779DBA8B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legalitas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hibah</w:t>
      </w:r>
      <w:proofErr w:type="spellEnd"/>
      <w:r>
        <w:t xml:space="preserve">,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SK </w:t>
      </w:r>
      <w:proofErr w:type="spellStart"/>
      <w:r>
        <w:t>gereja</w:t>
      </w:r>
      <w:proofErr w:type="spellEnd"/>
      <w:r>
        <w:t>.</w:t>
      </w:r>
    </w:p>
    <w:p w14:paraId="790A541D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K. DOKUMENTASI YANG DILAMPIRKAN</w:t>
      </w:r>
    </w:p>
    <w:p w14:paraId="1C49D2D9" w14:textId="77777777" w:rsidR="001510A7" w:rsidRDefault="001510A7" w:rsidP="001510A7">
      <w:pPr>
        <w:spacing w:after="0" w:line="240" w:lineRule="auto"/>
        <w:jc w:val="both"/>
      </w:pPr>
      <w:r>
        <w:t xml:space="preserve">Beri </w:t>
      </w:r>
      <w:proofErr w:type="spellStart"/>
      <w:r>
        <w:t>tanda</w:t>
      </w:r>
      <w:proofErr w:type="spellEnd"/>
      <w:r>
        <w:t xml:space="preserve"> pada </w:t>
      </w:r>
      <w:proofErr w:type="spellStart"/>
      <w:r>
        <w:t>dokumen</w:t>
      </w:r>
      <w:proofErr w:type="spellEnd"/>
      <w:r>
        <w:t xml:space="preserve"> yang </w:t>
      </w:r>
      <w:proofErr w:type="spellStart"/>
      <w:r>
        <w:t>dilampirkan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lama,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gereja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,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perintis</w:t>
      </w:r>
      <w:proofErr w:type="spellEnd"/>
      <w:r>
        <w:t xml:space="preserve">, </w:t>
      </w:r>
      <w:proofErr w:type="spellStart"/>
      <w:r>
        <w:t>arsip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lama,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572AA17A" w14:textId="77777777" w:rsidR="001510A7" w:rsidRPr="007859E4" w:rsidRDefault="001510A7" w:rsidP="001510A7">
      <w:pPr>
        <w:spacing w:after="0" w:line="240" w:lineRule="auto"/>
        <w:jc w:val="both"/>
        <w:rPr>
          <w:b/>
          <w:bCs/>
        </w:rPr>
      </w:pPr>
      <w:r w:rsidRPr="007859E4">
        <w:rPr>
          <w:b/>
          <w:bCs/>
        </w:rPr>
        <w:t>L. SUMBER INFORMASI</w:t>
      </w:r>
    </w:p>
    <w:p w14:paraId="1981AC93" w14:textId="77777777" w:rsidR="001510A7" w:rsidRDefault="001510A7" w:rsidP="001510A7">
      <w:pPr>
        <w:spacing w:after="0" w:line="240" w:lineRule="auto"/>
        <w:jc w:val="both"/>
      </w:pPr>
      <w:proofErr w:type="spellStart"/>
      <w:r>
        <w:t>Tuliskan</w:t>
      </w:r>
      <w:proofErr w:type="spellEnd"/>
      <w:r>
        <w:t xml:space="preserve"> data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sejarah</w:t>
      </w:r>
      <w:proofErr w:type="spellEnd"/>
      <w:r>
        <w:t xml:space="preserve">: nama, </w:t>
      </w:r>
      <w:proofErr w:type="spellStart"/>
      <w:r>
        <w:t>umur</w:t>
      </w:r>
      <w:proofErr w:type="spellEnd"/>
      <w:r>
        <w:t xml:space="preserve">, </w:t>
      </w:r>
      <w:proofErr w:type="spellStart"/>
      <w:r>
        <w:t>jabatan</w:t>
      </w:r>
      <w:proofErr w:type="spellEnd"/>
      <w:r>
        <w:t>/</w:t>
      </w:r>
      <w:proofErr w:type="spellStart"/>
      <w:r>
        <w:t>peran</w:t>
      </w:r>
      <w:proofErr w:type="spellEnd"/>
      <w:r>
        <w:t xml:space="preserve">,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, dan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>.</w:t>
      </w:r>
    </w:p>
    <w:p w14:paraId="650C3DF7" w14:textId="77777777" w:rsidR="000D273A" w:rsidRPr="000D273A" w:rsidRDefault="000D273A" w:rsidP="000D273A"/>
    <w:p w14:paraId="2AE78476" w14:textId="77777777" w:rsidR="001510A7" w:rsidRDefault="001510A7" w:rsidP="00A52785">
      <w:pPr>
        <w:pStyle w:val="Heading1"/>
        <w:jc w:val="center"/>
        <w:rPr>
          <w:color w:val="auto"/>
          <w:sz w:val="24"/>
          <w:szCs w:val="24"/>
        </w:rPr>
      </w:pPr>
    </w:p>
    <w:p w14:paraId="447239D8" w14:textId="2B16F5FC" w:rsidR="00AF6340" w:rsidRPr="001510A7" w:rsidRDefault="00000000" w:rsidP="001510A7">
      <w:pPr>
        <w:jc w:val="center"/>
        <w:rPr>
          <w:b/>
          <w:bCs/>
        </w:rPr>
      </w:pPr>
      <w:r w:rsidRPr="001510A7">
        <w:rPr>
          <w:b/>
          <w:bCs/>
        </w:rPr>
        <w:t xml:space="preserve">FORMULIR PENGUMPULAN </w:t>
      </w:r>
      <w:r w:rsidR="00E107F2" w:rsidRPr="001510A7">
        <w:rPr>
          <w:b/>
          <w:bCs/>
        </w:rPr>
        <w:t xml:space="preserve">DATA </w:t>
      </w:r>
      <w:r w:rsidRPr="001510A7">
        <w:rPr>
          <w:b/>
          <w:bCs/>
        </w:rPr>
        <w:t>SEJARAH STASI</w:t>
      </w:r>
    </w:p>
    <w:p w14:paraId="17CE323B" w14:textId="77777777" w:rsidR="009A5D2F" w:rsidRDefault="00000000">
      <w:proofErr w:type="spellStart"/>
      <w:r w:rsidRPr="001E25DD">
        <w:t>Petunjuk</w:t>
      </w:r>
      <w:proofErr w:type="spellEnd"/>
      <w:r w:rsidRPr="001E25DD">
        <w:t xml:space="preserve">: </w:t>
      </w:r>
    </w:p>
    <w:p w14:paraId="7E78FBC6" w14:textId="32728F05" w:rsidR="009A5D2F" w:rsidRDefault="009A5D2F" w:rsidP="009A5D2F">
      <w:pPr>
        <w:pStyle w:val="ListParagraph"/>
        <w:numPr>
          <w:ilvl w:val="0"/>
          <w:numId w:val="10"/>
        </w:numPr>
      </w:pPr>
      <w:proofErr w:type="spellStart"/>
      <w:r>
        <w:t>Hendaknya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formolir</w:t>
      </w:r>
      <w:proofErr w:type="spellEnd"/>
      <w:r>
        <w:t xml:space="preserve"> ini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 w:rsidR="00B20197">
        <w:t>tokoh-tokoh</w:t>
      </w:r>
      <w:proofErr w:type="spellEnd"/>
      <w:r w:rsidR="00B20197">
        <w:t xml:space="preserve"> </w:t>
      </w:r>
      <w:proofErr w:type="spellStart"/>
      <w:r w:rsidR="00B20197">
        <w:t>umat</w:t>
      </w:r>
      <w:proofErr w:type="spellEnd"/>
      <w:r w:rsidR="00B20197">
        <w:t xml:space="preserve"> </w:t>
      </w:r>
      <w:proofErr w:type="spellStart"/>
      <w:r w:rsidR="00B20197">
        <w:t>perintis</w:t>
      </w:r>
      <w:proofErr w:type="spellEnd"/>
      <w:r>
        <w:t>.</w:t>
      </w:r>
    </w:p>
    <w:p w14:paraId="025FE46D" w14:textId="7B71F47A" w:rsidR="009A5D2F" w:rsidRPr="001E25DD" w:rsidRDefault="009A5D2F" w:rsidP="009A5D2F">
      <w:pPr>
        <w:pStyle w:val="ListParagraph"/>
        <w:numPr>
          <w:ilvl w:val="0"/>
          <w:numId w:val="10"/>
        </w:numPr>
      </w:pPr>
      <w:proofErr w:type="spellStart"/>
      <w:r>
        <w:t>Pengisian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dan </w:t>
      </w:r>
      <w:proofErr w:type="spellStart"/>
      <w:r>
        <w:t>suara</w:t>
      </w:r>
      <w:proofErr w:type="spellEnd"/>
      <w:r>
        <w:t xml:space="preserve"> </w:t>
      </w:r>
      <w:proofErr w:type="spellStart"/>
      <w:r>
        <w:t>bersama</w:t>
      </w:r>
      <w:proofErr w:type="spellEnd"/>
      <w:r w:rsidR="00B20197">
        <w:t xml:space="preserve"> para </w:t>
      </w:r>
      <w:proofErr w:type="spellStart"/>
      <w:r w:rsidR="00B20197">
        <w:t>tokoh</w:t>
      </w:r>
      <w:proofErr w:type="spellEnd"/>
      <w:r w:rsidR="00B20197">
        <w:t xml:space="preserve"> </w:t>
      </w:r>
      <w:proofErr w:type="spellStart"/>
      <w:r w:rsidR="00B20197">
        <w:t>umat</w:t>
      </w:r>
      <w:proofErr w:type="spellEnd"/>
      <w:r w:rsidR="00B20197">
        <w:t xml:space="preserve"> </w:t>
      </w:r>
      <w:proofErr w:type="spellStart"/>
      <w:r w:rsidR="00B20197">
        <w:t>perintis</w:t>
      </w:r>
      <w:proofErr w:type="spellEnd"/>
      <w:r>
        <w:t>.</w:t>
      </w:r>
    </w:p>
    <w:p w14:paraId="68AC3A24" w14:textId="299E4876" w:rsidR="002F5483" w:rsidRDefault="00000000" w:rsidP="002F5483">
      <w:pPr>
        <w:pStyle w:val="ListParagraph"/>
        <w:numPr>
          <w:ilvl w:val="0"/>
          <w:numId w:val="10"/>
        </w:numPr>
      </w:pPr>
      <w:r w:rsidRPr="001E25DD">
        <w:t xml:space="preserve">Bagian </w:t>
      </w:r>
      <w:proofErr w:type="spellStart"/>
      <w:r w:rsidRPr="001E25DD">
        <w:t>narasi</w:t>
      </w:r>
      <w:proofErr w:type="spellEnd"/>
      <w:r w:rsidRPr="001E25DD">
        <w:t xml:space="preserve"> </w:t>
      </w:r>
      <w:proofErr w:type="spellStart"/>
      <w:r w:rsidRPr="001E25DD">
        <w:t>boleh</w:t>
      </w:r>
      <w:proofErr w:type="spellEnd"/>
      <w:r w:rsidRPr="001E25DD">
        <w:t xml:space="preserve"> </w:t>
      </w:r>
      <w:proofErr w:type="spellStart"/>
      <w:r w:rsidRPr="001E25DD">
        <w:t>ditulis</w:t>
      </w:r>
      <w:proofErr w:type="spellEnd"/>
      <w:r w:rsidRPr="001E25DD">
        <w:t xml:space="preserve"> </w:t>
      </w:r>
      <w:proofErr w:type="spellStart"/>
      <w:r w:rsidRPr="001E25DD">
        <w:t>panjang</w:t>
      </w:r>
      <w:proofErr w:type="spellEnd"/>
      <w:r w:rsidRPr="001E25DD">
        <w:t xml:space="preserve"> sesuai kebutuhan. Jika tidak </w:t>
      </w:r>
      <w:proofErr w:type="spellStart"/>
      <w:r w:rsidRPr="001E25DD">
        <w:t>cukup</w:t>
      </w:r>
      <w:proofErr w:type="spellEnd"/>
      <w:r w:rsidRPr="001E25DD">
        <w:t xml:space="preserve">, </w:t>
      </w:r>
      <w:proofErr w:type="spellStart"/>
      <w:r w:rsidRPr="001E25DD">
        <w:t>boleh</w:t>
      </w:r>
      <w:proofErr w:type="spellEnd"/>
      <w:r w:rsidRPr="001E25DD">
        <w:t xml:space="preserve"> </w:t>
      </w:r>
      <w:proofErr w:type="spellStart"/>
      <w:r w:rsidRPr="001E25DD">
        <w:t>ditambah</w:t>
      </w:r>
      <w:proofErr w:type="spellEnd"/>
      <w:r w:rsidRPr="001E25DD">
        <w:t xml:space="preserve"> </w:t>
      </w:r>
      <w:proofErr w:type="spellStart"/>
      <w:r w:rsidRPr="001E25DD">
        <w:t>halaman</w:t>
      </w:r>
      <w:proofErr w:type="spellEnd"/>
      <w:r w:rsidR="002F5483">
        <w:t xml:space="preserve"> (</w:t>
      </w:r>
      <w:proofErr w:type="spellStart"/>
      <w:r w:rsidR="002F5483">
        <w:t>Kertas</w:t>
      </w:r>
      <w:proofErr w:type="spellEnd"/>
      <w:r w:rsidR="002F5483">
        <w:t xml:space="preserve"> HVS /Folio </w:t>
      </w:r>
      <w:proofErr w:type="spellStart"/>
      <w:r w:rsidR="002F5483">
        <w:t>bergaris</w:t>
      </w:r>
      <w:proofErr w:type="spellEnd"/>
      <w:r w:rsidR="002F5483">
        <w:t>).</w:t>
      </w:r>
    </w:p>
    <w:p w14:paraId="4B7CABA5" w14:textId="77777777" w:rsidR="00AF6340" w:rsidRPr="001E25DD" w:rsidRDefault="00000000" w:rsidP="001510A7">
      <w:pPr>
        <w:pStyle w:val="Heading2"/>
        <w:tabs>
          <w:tab w:val="left" w:leader="dot" w:pos="9072"/>
          <w:tab w:val="left" w:leader="dot" w:pos="10319"/>
        </w:tabs>
        <w:rPr>
          <w:color w:val="auto"/>
        </w:rPr>
      </w:pPr>
      <w:r w:rsidRPr="001E25DD">
        <w:rPr>
          <w:color w:val="auto"/>
        </w:rPr>
        <w:t>A. IDENTITAS UMUM STASI</w:t>
      </w:r>
    </w:p>
    <w:p w14:paraId="08D1B0B0" w14:textId="1780AE1B" w:rsidR="00AF6340" w:rsidRPr="001E25DD" w:rsidRDefault="00000000" w:rsidP="001510A7">
      <w:pPr>
        <w:tabs>
          <w:tab w:val="left" w:leader="dot" w:pos="10319"/>
        </w:tabs>
      </w:pPr>
      <w:r w:rsidRPr="001E25DD">
        <w:t>1. Nama Stasi</w:t>
      </w:r>
      <w:r w:rsidR="001510A7">
        <w:tab/>
      </w:r>
    </w:p>
    <w:p w14:paraId="6F73F7F2" w14:textId="36063978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2. Nama </w:t>
      </w:r>
      <w:proofErr w:type="gramStart"/>
      <w:r w:rsidRPr="001E25DD">
        <w:t>Pelindung :</w:t>
      </w:r>
      <w:proofErr w:type="gramEnd"/>
      <w:r w:rsidR="001510A7">
        <w:t xml:space="preserve"> </w:t>
      </w:r>
      <w:r w:rsidR="001510A7">
        <w:tab/>
      </w:r>
    </w:p>
    <w:p w14:paraId="4EFBFEF7" w14:textId="0F0365FD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3. Paroki </w:t>
      </w:r>
      <w:proofErr w:type="gramStart"/>
      <w:r w:rsidRPr="001E25DD">
        <w:t>Induk :</w:t>
      </w:r>
      <w:proofErr w:type="gramEnd"/>
      <w:r w:rsidR="00A52785" w:rsidRPr="001E25DD">
        <w:tab/>
      </w:r>
    </w:p>
    <w:p w14:paraId="347133E8" w14:textId="29609719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4. </w:t>
      </w:r>
      <w:proofErr w:type="gramStart"/>
      <w:r w:rsidRPr="001E25DD">
        <w:t>Keuskupan :</w:t>
      </w:r>
      <w:proofErr w:type="gramEnd"/>
      <w:r w:rsidR="00A52785" w:rsidRPr="001E25DD">
        <w:tab/>
      </w:r>
    </w:p>
    <w:p w14:paraId="75E10D84" w14:textId="5BF677F5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5. Alamat </w:t>
      </w:r>
      <w:proofErr w:type="gramStart"/>
      <w:r w:rsidRPr="001E25DD">
        <w:t>Lengkap :</w:t>
      </w:r>
      <w:proofErr w:type="gramEnd"/>
      <w:r w:rsidR="00A52785" w:rsidRPr="001E25DD">
        <w:tab/>
      </w:r>
    </w:p>
    <w:p w14:paraId="55D070AC" w14:textId="4C8ADC84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6. Tahun </w:t>
      </w:r>
      <w:proofErr w:type="gramStart"/>
      <w:r w:rsidRPr="001E25DD">
        <w:t>Berdiri :</w:t>
      </w:r>
      <w:proofErr w:type="gramEnd"/>
      <w:r w:rsidR="00A52785" w:rsidRPr="001E25DD">
        <w:tab/>
      </w:r>
    </w:p>
    <w:p w14:paraId="387F49BB" w14:textId="125B1405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7. Tanggal </w:t>
      </w:r>
      <w:proofErr w:type="gramStart"/>
      <w:r w:rsidRPr="001E25DD">
        <w:t>Peresmian :</w:t>
      </w:r>
      <w:proofErr w:type="gramEnd"/>
      <w:r w:rsidR="00A52785" w:rsidRPr="001E25DD">
        <w:tab/>
      </w:r>
    </w:p>
    <w:p w14:paraId="063C5D35" w14:textId="03B4EE81" w:rsidR="00AF6340" w:rsidRPr="001E25DD" w:rsidRDefault="00000000" w:rsidP="001510A7">
      <w:pPr>
        <w:tabs>
          <w:tab w:val="left" w:leader="dot" w:pos="10319"/>
        </w:tabs>
      </w:pPr>
      <w:r w:rsidRPr="001E25DD">
        <w:t xml:space="preserve">8. Status </w:t>
      </w:r>
      <w:proofErr w:type="gramStart"/>
      <w:r w:rsidRPr="001E25DD">
        <w:t>Awal :</w:t>
      </w:r>
      <w:proofErr w:type="gramEnd"/>
      <w:r w:rsidR="00A52785" w:rsidRPr="001E25DD">
        <w:tab/>
      </w:r>
    </w:p>
    <w:p w14:paraId="54D07EAA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B. LATAR BELAKANG BERDIRI STASI (CERITA LENGKAP)</w:t>
      </w:r>
    </w:p>
    <w:p w14:paraId="6E12D856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1. Awal </w:t>
      </w:r>
      <w:proofErr w:type="spellStart"/>
      <w:r w:rsidRPr="001E25DD">
        <w:t>mula</w:t>
      </w:r>
      <w:proofErr w:type="spellEnd"/>
      <w:r w:rsidRPr="001E25DD">
        <w:t xml:space="preserve"> </w:t>
      </w:r>
      <w:proofErr w:type="spellStart"/>
      <w:r w:rsidRPr="001E25DD">
        <w:t>hadirnya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Katolik</w:t>
      </w:r>
      <w:proofErr w:type="spellEnd"/>
      <w:r w:rsidRPr="001E25DD">
        <w:t xml:space="preserve"> di wilayah ini:</w:t>
      </w:r>
    </w:p>
    <w:p w14:paraId="2E2C3EFD" w14:textId="67945A30" w:rsidR="00AF6340" w:rsidRPr="001E25DD" w:rsidRDefault="001510A7" w:rsidP="001510A7">
      <w:pPr>
        <w:tabs>
          <w:tab w:val="left" w:leader="dot" w:pos="10319"/>
        </w:tabs>
      </w:pPr>
      <w:r>
        <w:tab/>
      </w:r>
    </w:p>
    <w:p w14:paraId="685C2B64" w14:textId="4B1BC536" w:rsidR="00A52785" w:rsidRPr="001E25DD" w:rsidRDefault="001510A7" w:rsidP="001510A7">
      <w:pPr>
        <w:tabs>
          <w:tab w:val="left" w:leader="dot" w:pos="10319"/>
        </w:tabs>
      </w:pPr>
      <w:r>
        <w:tab/>
      </w:r>
    </w:p>
    <w:p w14:paraId="32F977CA" w14:textId="77E2783F" w:rsidR="00A52785" w:rsidRPr="001E25DD" w:rsidRDefault="001510A7" w:rsidP="001510A7">
      <w:pPr>
        <w:tabs>
          <w:tab w:val="left" w:leader="dot" w:pos="10319"/>
        </w:tabs>
      </w:pPr>
      <w:r>
        <w:tab/>
      </w:r>
    </w:p>
    <w:p w14:paraId="6B757CAB" w14:textId="77E1B90E" w:rsidR="00884E46" w:rsidRDefault="001510A7" w:rsidP="001510A7">
      <w:pPr>
        <w:tabs>
          <w:tab w:val="left" w:leader="dot" w:pos="10319"/>
        </w:tabs>
      </w:pPr>
      <w:r>
        <w:tab/>
      </w:r>
    </w:p>
    <w:p w14:paraId="7A4CFC4C" w14:textId="7677F8E0" w:rsidR="001510A7" w:rsidRDefault="001510A7" w:rsidP="001510A7">
      <w:pPr>
        <w:tabs>
          <w:tab w:val="left" w:leader="dot" w:pos="10319"/>
        </w:tabs>
      </w:pPr>
      <w:r>
        <w:tab/>
      </w:r>
    </w:p>
    <w:p w14:paraId="01847409" w14:textId="51643324" w:rsidR="001510A7" w:rsidRDefault="001510A7" w:rsidP="001510A7">
      <w:pPr>
        <w:tabs>
          <w:tab w:val="left" w:leader="dot" w:pos="10319"/>
        </w:tabs>
      </w:pPr>
      <w:r>
        <w:tab/>
      </w:r>
    </w:p>
    <w:p w14:paraId="17CA1DCF" w14:textId="3FE63A08" w:rsidR="001510A7" w:rsidRDefault="001510A7" w:rsidP="001510A7">
      <w:pPr>
        <w:tabs>
          <w:tab w:val="left" w:leader="dot" w:pos="10319"/>
        </w:tabs>
      </w:pPr>
      <w:r>
        <w:tab/>
      </w:r>
    </w:p>
    <w:p w14:paraId="711FA5DB" w14:textId="662AB75F" w:rsidR="001510A7" w:rsidRPr="001E25DD" w:rsidRDefault="001510A7" w:rsidP="001510A7">
      <w:pPr>
        <w:tabs>
          <w:tab w:val="left" w:leader="dot" w:pos="10319"/>
        </w:tabs>
      </w:pPr>
      <w:r>
        <w:tab/>
      </w:r>
    </w:p>
    <w:p w14:paraId="5A246AB2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2. </w:t>
      </w:r>
      <w:proofErr w:type="spellStart"/>
      <w:r w:rsidRPr="001E25DD">
        <w:t>Tokoh</w:t>
      </w:r>
      <w:proofErr w:type="spellEnd"/>
      <w:r w:rsidRPr="001E25DD">
        <w:t xml:space="preserve"> </w:t>
      </w:r>
      <w:proofErr w:type="spellStart"/>
      <w:r w:rsidRPr="001E25DD">
        <w:t>perintis</w:t>
      </w:r>
      <w:proofErr w:type="spellEnd"/>
      <w:r w:rsidRPr="001E25DD">
        <w:t xml:space="preserve"> </w:t>
      </w:r>
      <w:proofErr w:type="spellStart"/>
      <w:r w:rsidRPr="001E25DD">
        <w:t>awal</w:t>
      </w:r>
      <w:proofErr w:type="spellEnd"/>
      <w:r w:rsidRPr="001E25DD">
        <w:t xml:space="preserve"> dan peranannya:</w:t>
      </w:r>
    </w:p>
    <w:p w14:paraId="522EB59D" w14:textId="0FC9983F" w:rsidR="00884E46" w:rsidRDefault="001510A7" w:rsidP="001510A7">
      <w:pPr>
        <w:tabs>
          <w:tab w:val="left" w:leader="dot" w:pos="10319"/>
        </w:tabs>
      </w:pPr>
      <w:r>
        <w:tab/>
      </w:r>
    </w:p>
    <w:p w14:paraId="60DB2C7A" w14:textId="53463503" w:rsidR="001510A7" w:rsidRDefault="001510A7" w:rsidP="001510A7">
      <w:pPr>
        <w:tabs>
          <w:tab w:val="left" w:leader="dot" w:pos="10319"/>
        </w:tabs>
      </w:pPr>
      <w:r>
        <w:tab/>
      </w:r>
    </w:p>
    <w:p w14:paraId="2BA1A8B8" w14:textId="73D2683E" w:rsidR="001510A7" w:rsidRDefault="001510A7" w:rsidP="001510A7">
      <w:pPr>
        <w:tabs>
          <w:tab w:val="left" w:leader="dot" w:pos="10319"/>
        </w:tabs>
      </w:pPr>
      <w:r>
        <w:tab/>
      </w:r>
    </w:p>
    <w:p w14:paraId="1E1FB36E" w14:textId="4133395C" w:rsidR="001510A7" w:rsidRDefault="001510A7" w:rsidP="001510A7">
      <w:pPr>
        <w:tabs>
          <w:tab w:val="left" w:leader="dot" w:pos="10319"/>
        </w:tabs>
      </w:pPr>
      <w:r>
        <w:tab/>
      </w:r>
    </w:p>
    <w:p w14:paraId="70851C8B" w14:textId="3DA503B2" w:rsidR="001510A7" w:rsidRDefault="001510A7" w:rsidP="001510A7">
      <w:pPr>
        <w:tabs>
          <w:tab w:val="left" w:leader="dot" w:pos="10319"/>
        </w:tabs>
      </w:pPr>
      <w:r>
        <w:tab/>
      </w:r>
    </w:p>
    <w:p w14:paraId="4D76ABEA" w14:textId="5CAE093F" w:rsidR="001510A7" w:rsidRDefault="001510A7" w:rsidP="001510A7">
      <w:pPr>
        <w:tabs>
          <w:tab w:val="left" w:leader="dot" w:pos="10319"/>
        </w:tabs>
      </w:pPr>
      <w:r>
        <w:tab/>
      </w:r>
    </w:p>
    <w:p w14:paraId="3B732E21" w14:textId="4CBD7337" w:rsidR="001510A7" w:rsidRDefault="001510A7" w:rsidP="001510A7">
      <w:pPr>
        <w:tabs>
          <w:tab w:val="left" w:leader="dot" w:pos="10319"/>
        </w:tabs>
      </w:pPr>
      <w:r>
        <w:tab/>
      </w:r>
    </w:p>
    <w:p w14:paraId="3C54759E" w14:textId="77777777" w:rsidR="007A2335" w:rsidRPr="001E25DD" w:rsidRDefault="007A2335" w:rsidP="001510A7">
      <w:pPr>
        <w:tabs>
          <w:tab w:val="left" w:leader="dot" w:pos="10319"/>
        </w:tabs>
      </w:pPr>
      <w:r w:rsidRPr="001E25DD">
        <w:lastRenderedPageBreak/>
        <w:t xml:space="preserve">3. </w:t>
      </w:r>
      <w:proofErr w:type="spellStart"/>
      <w:r w:rsidRPr="001E25DD">
        <w:t>Tahun</w:t>
      </w:r>
      <w:proofErr w:type="spellEnd"/>
      <w:r w:rsidRPr="001E25DD">
        <w:t xml:space="preserve"> </w:t>
      </w:r>
      <w:proofErr w:type="spellStart"/>
      <w:r w:rsidRPr="001E25DD">
        <w:t>pertama</w:t>
      </w:r>
      <w:proofErr w:type="spellEnd"/>
      <w:r w:rsidRPr="001E25DD">
        <w:t xml:space="preserve"> kali </w:t>
      </w:r>
      <w:proofErr w:type="spellStart"/>
      <w:r w:rsidRPr="001E25DD">
        <w:t>perayaan</w:t>
      </w:r>
      <w:proofErr w:type="spellEnd"/>
      <w:r w:rsidRPr="001E25DD">
        <w:t xml:space="preserve"> Misa:</w:t>
      </w:r>
    </w:p>
    <w:p w14:paraId="35043E15" w14:textId="7E438BD2" w:rsidR="00884E46" w:rsidRDefault="001510A7" w:rsidP="001510A7">
      <w:pPr>
        <w:tabs>
          <w:tab w:val="left" w:leader="dot" w:pos="10319"/>
        </w:tabs>
      </w:pPr>
      <w:r>
        <w:tab/>
      </w:r>
    </w:p>
    <w:p w14:paraId="47DE640B" w14:textId="39B0D111" w:rsidR="001510A7" w:rsidRDefault="001510A7" w:rsidP="001510A7">
      <w:pPr>
        <w:tabs>
          <w:tab w:val="left" w:leader="dot" w:pos="10319"/>
        </w:tabs>
      </w:pPr>
      <w:r>
        <w:tab/>
      </w:r>
    </w:p>
    <w:p w14:paraId="7AB4771C" w14:textId="784A6248" w:rsidR="001510A7" w:rsidRDefault="001510A7" w:rsidP="001510A7">
      <w:pPr>
        <w:tabs>
          <w:tab w:val="left" w:leader="dot" w:pos="10319"/>
        </w:tabs>
      </w:pPr>
      <w:r>
        <w:tab/>
      </w:r>
    </w:p>
    <w:p w14:paraId="74F1F560" w14:textId="015F4A3B" w:rsidR="001510A7" w:rsidRDefault="001510A7" w:rsidP="001510A7">
      <w:pPr>
        <w:tabs>
          <w:tab w:val="left" w:leader="dot" w:pos="10319"/>
        </w:tabs>
      </w:pPr>
      <w:r>
        <w:tab/>
      </w:r>
    </w:p>
    <w:p w14:paraId="48A9F00A" w14:textId="3A6A9948" w:rsidR="001510A7" w:rsidRDefault="001510A7" w:rsidP="001510A7">
      <w:pPr>
        <w:tabs>
          <w:tab w:val="left" w:leader="dot" w:pos="10319"/>
        </w:tabs>
      </w:pPr>
      <w:r>
        <w:tab/>
      </w:r>
    </w:p>
    <w:p w14:paraId="2D4918CF" w14:textId="68498DBF" w:rsidR="001510A7" w:rsidRDefault="001510A7" w:rsidP="001510A7">
      <w:pPr>
        <w:tabs>
          <w:tab w:val="left" w:leader="dot" w:pos="10319"/>
        </w:tabs>
      </w:pPr>
      <w:r>
        <w:tab/>
      </w:r>
    </w:p>
    <w:p w14:paraId="04793B4A" w14:textId="39E425A7" w:rsidR="001510A7" w:rsidRDefault="001510A7" w:rsidP="001510A7">
      <w:pPr>
        <w:tabs>
          <w:tab w:val="left" w:leader="dot" w:pos="10319"/>
        </w:tabs>
      </w:pPr>
      <w:r>
        <w:tab/>
      </w:r>
    </w:p>
    <w:p w14:paraId="15ABB8DE" w14:textId="77DFD511" w:rsidR="001510A7" w:rsidRPr="001E25DD" w:rsidRDefault="001510A7" w:rsidP="001510A7">
      <w:pPr>
        <w:tabs>
          <w:tab w:val="left" w:leader="dot" w:pos="10319"/>
        </w:tabs>
      </w:pPr>
      <w:r>
        <w:tab/>
      </w:r>
    </w:p>
    <w:p w14:paraId="052D26E2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4. </w:t>
      </w:r>
      <w:proofErr w:type="spellStart"/>
      <w:r w:rsidRPr="001E25DD">
        <w:t>Tantangan</w:t>
      </w:r>
      <w:proofErr w:type="spellEnd"/>
      <w:r w:rsidRPr="001E25DD">
        <w:t xml:space="preserve"> awal yang dihadapi:</w:t>
      </w:r>
    </w:p>
    <w:p w14:paraId="7E4FB0AC" w14:textId="60FDF043" w:rsidR="007A2335" w:rsidRDefault="001510A7" w:rsidP="001510A7">
      <w:pPr>
        <w:tabs>
          <w:tab w:val="left" w:leader="dot" w:pos="10319"/>
        </w:tabs>
      </w:pPr>
      <w:r>
        <w:tab/>
      </w:r>
    </w:p>
    <w:p w14:paraId="0B6BE7C3" w14:textId="45A6EB3F" w:rsidR="001510A7" w:rsidRDefault="001510A7" w:rsidP="001510A7">
      <w:pPr>
        <w:tabs>
          <w:tab w:val="left" w:leader="dot" w:pos="10319"/>
        </w:tabs>
      </w:pPr>
      <w:r>
        <w:tab/>
      </w:r>
    </w:p>
    <w:p w14:paraId="02636F64" w14:textId="3BB50E1E" w:rsidR="001510A7" w:rsidRDefault="001510A7" w:rsidP="001510A7">
      <w:pPr>
        <w:tabs>
          <w:tab w:val="left" w:leader="dot" w:pos="10319"/>
        </w:tabs>
      </w:pPr>
      <w:r>
        <w:tab/>
      </w:r>
    </w:p>
    <w:p w14:paraId="0340631D" w14:textId="5827008A" w:rsidR="001510A7" w:rsidRDefault="001510A7" w:rsidP="001510A7">
      <w:pPr>
        <w:tabs>
          <w:tab w:val="left" w:leader="dot" w:pos="10319"/>
        </w:tabs>
      </w:pPr>
      <w:r>
        <w:tab/>
      </w:r>
    </w:p>
    <w:p w14:paraId="70D891D6" w14:textId="3F5FC457" w:rsidR="001510A7" w:rsidRDefault="001510A7" w:rsidP="001510A7">
      <w:pPr>
        <w:tabs>
          <w:tab w:val="left" w:leader="dot" w:pos="10319"/>
        </w:tabs>
      </w:pPr>
      <w:r>
        <w:tab/>
      </w:r>
    </w:p>
    <w:p w14:paraId="7C58CAE0" w14:textId="756BFED0" w:rsidR="001510A7" w:rsidRDefault="001510A7" w:rsidP="001510A7">
      <w:pPr>
        <w:tabs>
          <w:tab w:val="left" w:leader="dot" w:pos="10319"/>
        </w:tabs>
      </w:pPr>
      <w:r>
        <w:tab/>
      </w:r>
    </w:p>
    <w:p w14:paraId="771BFB9E" w14:textId="0790E5AC" w:rsidR="001510A7" w:rsidRDefault="001510A7" w:rsidP="001510A7">
      <w:pPr>
        <w:tabs>
          <w:tab w:val="left" w:leader="dot" w:pos="10319"/>
        </w:tabs>
      </w:pPr>
      <w:r>
        <w:tab/>
      </w:r>
    </w:p>
    <w:p w14:paraId="719D808E" w14:textId="4259C325" w:rsidR="001510A7" w:rsidRPr="001E25DD" w:rsidRDefault="001510A7" w:rsidP="001510A7">
      <w:pPr>
        <w:tabs>
          <w:tab w:val="left" w:leader="dot" w:pos="10319"/>
        </w:tabs>
      </w:pPr>
      <w:r>
        <w:tab/>
      </w:r>
    </w:p>
    <w:p w14:paraId="7A1B1E95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C. KRONOLOGI SEJARAH (URUTKAN TAHUN – PERISTIWA)</w:t>
      </w:r>
    </w:p>
    <w:p w14:paraId="20B0FF08" w14:textId="77777777" w:rsidR="007A2335" w:rsidRDefault="007A2335" w:rsidP="001510A7">
      <w:pPr>
        <w:tabs>
          <w:tab w:val="left" w:leader="dot" w:pos="10319"/>
        </w:tabs>
      </w:pPr>
      <w:proofErr w:type="spellStart"/>
      <w:r w:rsidRPr="001E25DD">
        <w:t>Tahun</w:t>
      </w:r>
      <w:proofErr w:type="spellEnd"/>
      <w:r w:rsidRPr="001E25DD">
        <w:t xml:space="preserve"> – </w:t>
      </w:r>
      <w:proofErr w:type="spellStart"/>
      <w:r w:rsidRPr="001E25DD">
        <w:t>Peristiwa</w:t>
      </w:r>
      <w:proofErr w:type="spellEnd"/>
      <w:r w:rsidRPr="001E25DD">
        <w:t xml:space="preserve"> </w:t>
      </w:r>
      <w:proofErr w:type="spellStart"/>
      <w:r w:rsidRPr="001E25DD">
        <w:t>penting</w:t>
      </w:r>
      <w:proofErr w:type="spellEnd"/>
      <w:r w:rsidRPr="001E25DD">
        <w:t xml:space="preserve"> (</w:t>
      </w:r>
      <w:proofErr w:type="spellStart"/>
      <w:r w:rsidRPr="001E25DD">
        <w:t>urut</w:t>
      </w:r>
      <w:proofErr w:type="spellEnd"/>
      <w:r w:rsidRPr="001E25DD">
        <w:t xml:space="preserve"> </w:t>
      </w:r>
      <w:proofErr w:type="spellStart"/>
      <w:r w:rsidRPr="001E25DD">
        <w:t>dari</w:t>
      </w:r>
      <w:proofErr w:type="spellEnd"/>
      <w:r w:rsidRPr="001E25DD">
        <w:t xml:space="preserve"> </w:t>
      </w:r>
      <w:proofErr w:type="spellStart"/>
      <w:r w:rsidRPr="001E25DD">
        <w:t>awal</w:t>
      </w:r>
      <w:proofErr w:type="spellEnd"/>
      <w:r w:rsidRPr="001E25DD">
        <w:t xml:space="preserve"> </w:t>
      </w:r>
      <w:proofErr w:type="spellStart"/>
      <w:r w:rsidRPr="001E25DD">
        <w:t>berdiri</w:t>
      </w:r>
      <w:proofErr w:type="spellEnd"/>
      <w:r w:rsidRPr="001E25DD">
        <w:t>):</w:t>
      </w:r>
    </w:p>
    <w:p w14:paraId="38DDDFEC" w14:textId="32E432A2" w:rsidR="001510A7" w:rsidRDefault="001510A7" w:rsidP="001510A7">
      <w:pPr>
        <w:tabs>
          <w:tab w:val="left" w:leader="dot" w:pos="10319"/>
        </w:tabs>
      </w:pPr>
      <w:r>
        <w:tab/>
      </w:r>
    </w:p>
    <w:p w14:paraId="33CA38E2" w14:textId="6FF5030D" w:rsidR="001510A7" w:rsidRDefault="001510A7" w:rsidP="001510A7">
      <w:pPr>
        <w:tabs>
          <w:tab w:val="left" w:leader="dot" w:pos="10319"/>
        </w:tabs>
      </w:pPr>
      <w:r>
        <w:tab/>
      </w:r>
    </w:p>
    <w:p w14:paraId="2C82D90E" w14:textId="32CDB02C" w:rsidR="001510A7" w:rsidRDefault="001510A7" w:rsidP="001510A7">
      <w:pPr>
        <w:tabs>
          <w:tab w:val="left" w:leader="dot" w:pos="10319"/>
        </w:tabs>
      </w:pPr>
      <w:r>
        <w:tab/>
      </w:r>
    </w:p>
    <w:p w14:paraId="63A25F9D" w14:textId="673AFAF3" w:rsidR="001510A7" w:rsidRDefault="001510A7" w:rsidP="001510A7">
      <w:pPr>
        <w:tabs>
          <w:tab w:val="left" w:leader="dot" w:pos="10319"/>
        </w:tabs>
      </w:pPr>
      <w:r>
        <w:tab/>
      </w:r>
    </w:p>
    <w:p w14:paraId="6E253E12" w14:textId="25CB2D6E" w:rsidR="001510A7" w:rsidRDefault="001510A7" w:rsidP="001510A7">
      <w:pPr>
        <w:tabs>
          <w:tab w:val="left" w:leader="dot" w:pos="10319"/>
        </w:tabs>
      </w:pPr>
      <w:r>
        <w:tab/>
      </w:r>
    </w:p>
    <w:p w14:paraId="0B81EA91" w14:textId="121078D9" w:rsidR="001510A7" w:rsidRDefault="001510A7" w:rsidP="001510A7">
      <w:pPr>
        <w:tabs>
          <w:tab w:val="left" w:leader="dot" w:pos="10319"/>
        </w:tabs>
      </w:pPr>
      <w:r>
        <w:tab/>
      </w:r>
    </w:p>
    <w:p w14:paraId="0F8A61D1" w14:textId="4AD73BE2" w:rsidR="001510A7" w:rsidRDefault="001510A7" w:rsidP="001510A7">
      <w:pPr>
        <w:tabs>
          <w:tab w:val="left" w:leader="dot" w:pos="10319"/>
        </w:tabs>
      </w:pPr>
      <w:r>
        <w:tab/>
      </w:r>
    </w:p>
    <w:p w14:paraId="18C8BE43" w14:textId="6837BDF8" w:rsidR="001510A7" w:rsidRPr="001E25DD" w:rsidRDefault="001510A7" w:rsidP="001510A7">
      <w:pPr>
        <w:tabs>
          <w:tab w:val="left" w:leader="dot" w:pos="10319"/>
        </w:tabs>
      </w:pPr>
      <w:r>
        <w:tab/>
      </w:r>
    </w:p>
    <w:p w14:paraId="2D91CFCF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D. PERKEMBANGAN UMAT DARI MASA KE MASA</w:t>
      </w:r>
    </w:p>
    <w:p w14:paraId="672F1EF3" w14:textId="061A81E2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1.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saat</w:t>
      </w:r>
      <w:proofErr w:type="spellEnd"/>
      <w:r w:rsidRPr="001E25DD">
        <w:t xml:space="preserve"> </w:t>
      </w:r>
      <w:proofErr w:type="spellStart"/>
      <w:r w:rsidRPr="001E25DD">
        <w:t>awal</w:t>
      </w:r>
      <w:proofErr w:type="spellEnd"/>
      <w:r w:rsidRPr="001E25DD">
        <w:t xml:space="preserve"> </w:t>
      </w:r>
      <w:proofErr w:type="spellStart"/>
      <w:proofErr w:type="gramStart"/>
      <w:r w:rsidRPr="001E25DD">
        <w:t>berdiri</w:t>
      </w:r>
      <w:proofErr w:type="spellEnd"/>
      <w:r w:rsidRPr="001E25DD">
        <w:t xml:space="preserve"> :</w:t>
      </w:r>
      <w:proofErr w:type="gramEnd"/>
      <w:r w:rsidRPr="001E25DD">
        <w:t xml:space="preserve"> </w:t>
      </w:r>
      <w:r w:rsidR="00A52785" w:rsidRPr="001E25DD">
        <w:tab/>
      </w:r>
    </w:p>
    <w:p w14:paraId="15C32B78" w14:textId="7CDCD540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2.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tahun</w:t>
      </w:r>
      <w:proofErr w:type="spellEnd"/>
      <w:r w:rsidRPr="001E25DD">
        <w:t xml:space="preserve"> ……</w:t>
      </w:r>
      <w:proofErr w:type="gramStart"/>
      <w:r w:rsidRPr="001E25DD">
        <w:t>…..</w:t>
      </w:r>
      <w:proofErr w:type="gramEnd"/>
      <w:r w:rsidRPr="001E25DD">
        <w:t xml:space="preserve"> : </w:t>
      </w:r>
      <w:r w:rsidR="00A52785" w:rsidRPr="001E25DD">
        <w:tab/>
      </w:r>
    </w:p>
    <w:p w14:paraId="7B67503D" w14:textId="4702F2AF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3.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tahun</w:t>
      </w:r>
      <w:proofErr w:type="spellEnd"/>
      <w:r w:rsidRPr="001E25DD">
        <w:t xml:space="preserve"> ……</w:t>
      </w:r>
      <w:proofErr w:type="gramStart"/>
      <w:r w:rsidRPr="001E25DD">
        <w:t>…..</w:t>
      </w:r>
      <w:proofErr w:type="gramEnd"/>
      <w:r w:rsidRPr="001E25DD">
        <w:t xml:space="preserve"> : </w:t>
      </w:r>
      <w:r w:rsidR="00A52785" w:rsidRPr="001E25DD">
        <w:tab/>
      </w:r>
    </w:p>
    <w:p w14:paraId="457E3676" w14:textId="436222ED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4.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tahun</w:t>
      </w:r>
      <w:proofErr w:type="spellEnd"/>
      <w:r w:rsidRPr="001E25DD">
        <w:t xml:space="preserve"> ……</w:t>
      </w:r>
      <w:proofErr w:type="gramStart"/>
      <w:r w:rsidRPr="001E25DD">
        <w:t>…..</w:t>
      </w:r>
      <w:proofErr w:type="gramEnd"/>
      <w:r w:rsidRPr="001E25DD">
        <w:t xml:space="preserve"> : </w:t>
      </w:r>
      <w:r w:rsidR="00A52785" w:rsidRPr="001E25DD">
        <w:tab/>
      </w:r>
    </w:p>
    <w:p w14:paraId="15FC21EA" w14:textId="63C297D5" w:rsidR="007A2335" w:rsidRPr="001E25DD" w:rsidRDefault="007A2335" w:rsidP="001510A7">
      <w:pPr>
        <w:tabs>
          <w:tab w:val="left" w:leader="dot" w:pos="10319"/>
        </w:tabs>
      </w:pPr>
      <w:r w:rsidRPr="001E25DD">
        <w:lastRenderedPageBreak/>
        <w:t xml:space="preserve">5.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umat</w:t>
      </w:r>
      <w:proofErr w:type="spellEnd"/>
      <w:r w:rsidRPr="001E25DD">
        <w:t xml:space="preserve"> </w:t>
      </w:r>
      <w:proofErr w:type="spellStart"/>
      <w:r w:rsidRPr="001E25DD">
        <w:t>saat</w:t>
      </w:r>
      <w:proofErr w:type="spellEnd"/>
      <w:r w:rsidRPr="001E25DD">
        <w:t xml:space="preserve"> </w:t>
      </w:r>
      <w:proofErr w:type="gramStart"/>
      <w:r w:rsidRPr="001E25DD">
        <w:t>ini :</w:t>
      </w:r>
      <w:proofErr w:type="gramEnd"/>
      <w:r w:rsidR="00A52785" w:rsidRPr="001E25DD">
        <w:tab/>
      </w:r>
    </w:p>
    <w:p w14:paraId="04ADC7B5" w14:textId="45D77625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6. </w:t>
      </w:r>
      <w:proofErr w:type="spellStart"/>
      <w:r w:rsidRPr="001E25DD">
        <w:t>Jumlah</w:t>
      </w:r>
      <w:proofErr w:type="spellEnd"/>
      <w:r w:rsidRPr="001E25DD">
        <w:t xml:space="preserve"> </w:t>
      </w:r>
      <w:proofErr w:type="spellStart"/>
      <w:r w:rsidRPr="001E25DD">
        <w:t>Kepala</w:t>
      </w:r>
      <w:proofErr w:type="spellEnd"/>
      <w:r w:rsidRPr="001E25DD">
        <w:t xml:space="preserve"> </w:t>
      </w:r>
      <w:proofErr w:type="spellStart"/>
      <w:r w:rsidRPr="001E25DD">
        <w:t>Keluarga</w:t>
      </w:r>
      <w:proofErr w:type="spellEnd"/>
      <w:r w:rsidRPr="001E25DD">
        <w:t xml:space="preserve"> (KK) </w:t>
      </w:r>
      <w:proofErr w:type="spellStart"/>
      <w:r w:rsidRPr="001E25DD">
        <w:t>saat</w:t>
      </w:r>
      <w:proofErr w:type="spellEnd"/>
      <w:r w:rsidRPr="001E25DD">
        <w:t xml:space="preserve"> </w:t>
      </w:r>
      <w:proofErr w:type="gramStart"/>
      <w:r w:rsidRPr="001E25DD">
        <w:t>ini :</w:t>
      </w:r>
      <w:proofErr w:type="gramEnd"/>
      <w:r w:rsidR="00A52785" w:rsidRPr="001E25DD">
        <w:tab/>
      </w:r>
    </w:p>
    <w:p w14:paraId="53FC3AC4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E. PERKEMBANGAN BANGUNAN &amp; ASET</w:t>
      </w:r>
    </w:p>
    <w:p w14:paraId="219C287C" w14:textId="72E3116B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1. </w:t>
      </w:r>
      <w:proofErr w:type="spellStart"/>
      <w:r w:rsidRPr="001E25DD">
        <w:t>Tahun</w:t>
      </w:r>
      <w:proofErr w:type="spellEnd"/>
      <w:r w:rsidRPr="001E25DD">
        <w:t xml:space="preserve"> pembangunan </w:t>
      </w:r>
      <w:proofErr w:type="spellStart"/>
      <w:r w:rsidRPr="001E25DD">
        <w:t>gereja</w:t>
      </w:r>
      <w:proofErr w:type="spellEnd"/>
      <w:r w:rsidRPr="001E25DD">
        <w:t xml:space="preserve"> </w:t>
      </w:r>
      <w:proofErr w:type="spellStart"/>
      <w:proofErr w:type="gramStart"/>
      <w:r w:rsidRPr="001E25DD">
        <w:t>pertama</w:t>
      </w:r>
      <w:proofErr w:type="spellEnd"/>
      <w:r w:rsidRPr="001E25DD">
        <w:t xml:space="preserve"> :</w:t>
      </w:r>
      <w:proofErr w:type="gramEnd"/>
      <w:r w:rsidRPr="001E25DD">
        <w:t xml:space="preserve"> ................</w:t>
      </w:r>
      <w:r w:rsidR="00E107F2" w:rsidRPr="001E25DD">
        <w:tab/>
      </w:r>
    </w:p>
    <w:p w14:paraId="7EC9E460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2. </w:t>
      </w:r>
      <w:proofErr w:type="spellStart"/>
      <w:r w:rsidRPr="001E25DD">
        <w:t>Renovasi</w:t>
      </w:r>
      <w:proofErr w:type="spellEnd"/>
      <w:r w:rsidRPr="001E25DD">
        <w:t>/</w:t>
      </w:r>
      <w:proofErr w:type="spellStart"/>
      <w:r w:rsidRPr="001E25DD">
        <w:t>perluasan</w:t>
      </w:r>
      <w:proofErr w:type="spellEnd"/>
      <w:r w:rsidRPr="001E25DD">
        <w:t xml:space="preserve"> (tahun &amp; keterangan):</w:t>
      </w:r>
    </w:p>
    <w:p w14:paraId="224B3415" w14:textId="0C20327B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3A19D130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3. Status </w:t>
      </w:r>
      <w:proofErr w:type="spellStart"/>
      <w:r w:rsidRPr="001E25DD">
        <w:t>tanah</w:t>
      </w:r>
      <w:proofErr w:type="spellEnd"/>
      <w:r w:rsidRPr="001E25DD">
        <w:t xml:space="preserve"> (hibah/milik keuskupan/paroki/dll):</w:t>
      </w:r>
    </w:p>
    <w:p w14:paraId="0B7AE3D3" w14:textId="4A3D4EDB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0482D0C6" w14:textId="2D070DEA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4. Luas </w:t>
      </w:r>
      <w:proofErr w:type="spellStart"/>
      <w:proofErr w:type="gramStart"/>
      <w:r w:rsidRPr="001E25DD">
        <w:t>tanah</w:t>
      </w:r>
      <w:proofErr w:type="spellEnd"/>
      <w:r w:rsidRPr="001E25DD">
        <w:t xml:space="preserve"> :</w:t>
      </w:r>
      <w:proofErr w:type="gramEnd"/>
      <w:r w:rsidRPr="001E25DD">
        <w:t xml:space="preserve"> ................</w:t>
      </w:r>
      <w:r w:rsidR="00E107F2" w:rsidRPr="001E25DD">
        <w:tab/>
      </w:r>
    </w:p>
    <w:p w14:paraId="298FFB78" w14:textId="02AD8222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5. </w:t>
      </w:r>
      <w:proofErr w:type="spellStart"/>
      <w:r w:rsidRPr="001E25DD">
        <w:t>Nomor</w:t>
      </w:r>
      <w:proofErr w:type="spellEnd"/>
      <w:r w:rsidRPr="001E25DD">
        <w:t xml:space="preserve"> </w:t>
      </w:r>
      <w:proofErr w:type="spellStart"/>
      <w:r w:rsidRPr="001E25DD">
        <w:t>sertifikat</w:t>
      </w:r>
      <w:proofErr w:type="spellEnd"/>
      <w:r w:rsidRPr="001E25DD">
        <w:t xml:space="preserve"> (</w:t>
      </w:r>
      <w:proofErr w:type="spellStart"/>
      <w:r w:rsidRPr="001E25DD">
        <w:t>jika</w:t>
      </w:r>
      <w:proofErr w:type="spellEnd"/>
      <w:r w:rsidRPr="001E25DD">
        <w:t xml:space="preserve"> </w:t>
      </w:r>
      <w:proofErr w:type="spellStart"/>
      <w:r w:rsidRPr="001E25DD">
        <w:t>ada</w:t>
      </w:r>
      <w:proofErr w:type="spellEnd"/>
      <w:proofErr w:type="gramStart"/>
      <w:r w:rsidRPr="001E25DD">
        <w:t>) :</w:t>
      </w:r>
      <w:proofErr w:type="gramEnd"/>
      <w:r w:rsidRPr="001E25DD">
        <w:t xml:space="preserve"> ................</w:t>
      </w:r>
      <w:r w:rsidR="00E107F2" w:rsidRPr="001E25DD">
        <w:tab/>
      </w:r>
    </w:p>
    <w:p w14:paraId="13AF05A2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6. </w:t>
      </w:r>
      <w:proofErr w:type="spellStart"/>
      <w:r w:rsidRPr="001E25DD">
        <w:t>Fasilitas</w:t>
      </w:r>
      <w:proofErr w:type="spellEnd"/>
      <w:r w:rsidRPr="001E25DD">
        <w:t xml:space="preserve"> yang </w:t>
      </w:r>
      <w:proofErr w:type="spellStart"/>
      <w:r w:rsidRPr="001E25DD">
        <w:t>dimiliki</w:t>
      </w:r>
      <w:proofErr w:type="spellEnd"/>
      <w:r w:rsidRPr="001E25DD">
        <w:t xml:space="preserve"> (Aula, Gua Maria, </w:t>
      </w:r>
      <w:proofErr w:type="spellStart"/>
      <w:r w:rsidRPr="001E25DD">
        <w:t>dll</w:t>
      </w:r>
      <w:proofErr w:type="spellEnd"/>
      <w:r w:rsidRPr="001E25DD">
        <w:t>):</w:t>
      </w:r>
    </w:p>
    <w:p w14:paraId="3C77E5ED" w14:textId="556607B3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0D909A8E" w14:textId="46424475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7F85E125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F. DAFTAR IMAM / PELAYAN YANG PERNAH BERTUGAS</w:t>
      </w:r>
    </w:p>
    <w:p w14:paraId="0B076BBF" w14:textId="77777777" w:rsidR="007A2335" w:rsidRPr="001E25DD" w:rsidRDefault="007A2335" w:rsidP="001510A7">
      <w:pPr>
        <w:tabs>
          <w:tab w:val="left" w:leader="dot" w:pos="10319"/>
        </w:tabs>
      </w:pPr>
      <w:proofErr w:type="spellStart"/>
      <w:r w:rsidRPr="001E25DD">
        <w:t>Tuliskan</w:t>
      </w:r>
      <w:proofErr w:type="spellEnd"/>
      <w:r w:rsidRPr="001E25DD">
        <w:t xml:space="preserve"> Nama – </w:t>
      </w:r>
      <w:proofErr w:type="spellStart"/>
      <w:r w:rsidRPr="001E25DD">
        <w:t>Tahun</w:t>
      </w:r>
      <w:proofErr w:type="spellEnd"/>
      <w:r w:rsidRPr="001E25DD">
        <w:t xml:space="preserve"> Pelayanan – Keterangan:</w:t>
      </w:r>
    </w:p>
    <w:p w14:paraId="0734B9E6" w14:textId="77491298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0CCC6C8C" w14:textId="495B461B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196CEEFC" w14:textId="4D9D616F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0318EEE6" w14:textId="29AFC12F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6E91AD9E" w14:textId="5692E417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65BE6BDA" w14:textId="5C453326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553C78DD" w14:textId="65C82F1D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22CC5026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G. TOKOH UMAT YANG BERJASA</w:t>
      </w:r>
    </w:p>
    <w:p w14:paraId="0975005E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>Nama – Peran – Tahun Pengabdian:</w:t>
      </w:r>
    </w:p>
    <w:p w14:paraId="05E5D555" w14:textId="20EC8DE0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5D35C810" w14:textId="2E0B9AA0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7348F1C4" w14:textId="0E37B436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506FD1E1" w14:textId="0A09250E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6CD3914F" w14:textId="1BDF4EB9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3E97EA5F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H. KEHIDUPAN MENGGEREJA &amp; KEGIATAN PASTORAL</w:t>
      </w:r>
    </w:p>
    <w:p w14:paraId="7F50EA6C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1. </w:t>
      </w:r>
      <w:proofErr w:type="spellStart"/>
      <w:r w:rsidRPr="001E25DD">
        <w:t>Kegiatan</w:t>
      </w:r>
      <w:proofErr w:type="spellEnd"/>
      <w:r w:rsidRPr="001E25DD">
        <w:t xml:space="preserve"> rutin mingguan/bulanan:</w:t>
      </w:r>
    </w:p>
    <w:p w14:paraId="5E3E3555" w14:textId="479A6CC3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68BFA540" w14:textId="77777777" w:rsidR="000D273A" w:rsidRDefault="000D273A" w:rsidP="001510A7">
      <w:pPr>
        <w:tabs>
          <w:tab w:val="left" w:leader="dot" w:pos="10319"/>
        </w:tabs>
      </w:pPr>
    </w:p>
    <w:p w14:paraId="1390E0B6" w14:textId="6F960160" w:rsidR="007A2335" w:rsidRPr="001E25DD" w:rsidRDefault="007A2335" w:rsidP="001510A7">
      <w:pPr>
        <w:tabs>
          <w:tab w:val="left" w:leader="dot" w:pos="10319"/>
        </w:tabs>
      </w:pPr>
      <w:r w:rsidRPr="001E25DD">
        <w:lastRenderedPageBreak/>
        <w:t>2. K</w:t>
      </w:r>
      <w:proofErr w:type="spellStart"/>
      <w:r w:rsidRPr="001E25DD">
        <w:t>egiatan</w:t>
      </w:r>
      <w:proofErr w:type="spellEnd"/>
      <w:r w:rsidRPr="001E25DD">
        <w:t xml:space="preserve"> besar tahunan:</w:t>
      </w:r>
    </w:p>
    <w:p w14:paraId="38096FFF" w14:textId="0A4B5893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5D1A6739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3. </w:t>
      </w:r>
      <w:proofErr w:type="spellStart"/>
      <w:r w:rsidRPr="001E25DD">
        <w:t>Kelompok</w:t>
      </w:r>
      <w:proofErr w:type="spellEnd"/>
      <w:r w:rsidRPr="001E25DD">
        <w:t xml:space="preserve"> kategorial yang aktif:</w:t>
      </w:r>
    </w:p>
    <w:p w14:paraId="58F6CA86" w14:textId="0791A9D1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0EC46833" w14:textId="77777777" w:rsidR="007A2335" w:rsidRPr="001E25DD" w:rsidRDefault="007A2335" w:rsidP="001510A7">
      <w:pPr>
        <w:tabs>
          <w:tab w:val="left" w:leader="dot" w:pos="10319"/>
        </w:tabs>
      </w:pPr>
      <w:r w:rsidRPr="001E25DD">
        <w:t xml:space="preserve">4. </w:t>
      </w:r>
      <w:proofErr w:type="spellStart"/>
      <w:r w:rsidRPr="001E25DD">
        <w:t>Tradisi</w:t>
      </w:r>
      <w:proofErr w:type="spellEnd"/>
      <w:r w:rsidRPr="001E25DD">
        <w:t xml:space="preserve"> </w:t>
      </w:r>
      <w:proofErr w:type="spellStart"/>
      <w:r w:rsidRPr="001E25DD">
        <w:t>atau</w:t>
      </w:r>
      <w:proofErr w:type="spellEnd"/>
      <w:r w:rsidRPr="001E25DD">
        <w:t xml:space="preserve"> </w:t>
      </w:r>
      <w:proofErr w:type="spellStart"/>
      <w:r w:rsidRPr="001E25DD">
        <w:t>kebiasaan</w:t>
      </w:r>
      <w:proofErr w:type="spellEnd"/>
      <w:r w:rsidRPr="001E25DD">
        <w:t xml:space="preserve"> </w:t>
      </w:r>
      <w:proofErr w:type="spellStart"/>
      <w:r w:rsidRPr="001E25DD">
        <w:t>khas</w:t>
      </w:r>
      <w:proofErr w:type="spellEnd"/>
      <w:r w:rsidRPr="001E25DD">
        <w:t xml:space="preserve"> </w:t>
      </w:r>
      <w:proofErr w:type="spellStart"/>
      <w:r w:rsidRPr="001E25DD">
        <w:t>stasi</w:t>
      </w:r>
      <w:proofErr w:type="spellEnd"/>
      <w:r w:rsidRPr="001E25DD">
        <w:t>:</w:t>
      </w:r>
    </w:p>
    <w:p w14:paraId="1FDE2720" w14:textId="7A2C630E" w:rsidR="007A2335" w:rsidRPr="001E25DD" w:rsidRDefault="007A2335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</w:t>
      </w:r>
      <w:r w:rsidR="00E107F2" w:rsidRPr="001E25DD">
        <w:tab/>
      </w:r>
    </w:p>
    <w:p w14:paraId="3567E2D9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I. PERISTIWA BESAR / BENCANA / KUNJUNGAN PENTING</w:t>
      </w:r>
    </w:p>
    <w:p w14:paraId="6D765C7F" w14:textId="13E10FC4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70C760C8" w14:textId="3C269976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2BD8C12F" w14:textId="2FDA13BE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3577EA89" w14:textId="5C342BA0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546D6807" w14:textId="3A37E84B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043CC1B8" w14:textId="0AEA7E65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29E055E9" w14:textId="60FF9F2A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63CD697F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J. DATA LEGALITAS &amp; TANAH (JIKA ADA)</w:t>
      </w:r>
    </w:p>
    <w:p w14:paraId="5A550819" w14:textId="75413E9F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0B24948E" w14:textId="630C46DB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1563CD87" w14:textId="69072B61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30D06187" w14:textId="531810B0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453A3556" w14:textId="5D4511B8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651CEE0B" w14:textId="3DC59B42" w:rsidR="00AF6340" w:rsidRPr="001E25DD" w:rsidRDefault="00000000" w:rsidP="001510A7">
      <w:pPr>
        <w:tabs>
          <w:tab w:val="left" w:leader="dot" w:pos="10319"/>
        </w:tabs>
      </w:pPr>
      <w:r w:rsidRPr="001E25DD">
        <w:t>.................................................................................................................................</w:t>
      </w:r>
      <w:r w:rsidR="00E107F2" w:rsidRPr="001E25DD">
        <w:tab/>
      </w:r>
    </w:p>
    <w:p w14:paraId="1BC28E9F" w14:textId="77777777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>K. DOKUMENTASI YANG DILAMPIRKAN</w:t>
      </w:r>
    </w:p>
    <w:p w14:paraId="11E62808" w14:textId="77777777" w:rsidR="00AF6340" w:rsidRPr="001E25DD" w:rsidRDefault="00000000" w:rsidP="001510A7">
      <w:pPr>
        <w:tabs>
          <w:tab w:val="left" w:leader="dot" w:pos="10319"/>
        </w:tabs>
      </w:pPr>
      <w:r w:rsidRPr="001E25DD">
        <w:t>☐ Foto Gereja Lama</w:t>
      </w:r>
    </w:p>
    <w:p w14:paraId="459A6C36" w14:textId="77777777" w:rsidR="00AF6340" w:rsidRPr="001E25DD" w:rsidRDefault="00000000" w:rsidP="001510A7">
      <w:pPr>
        <w:tabs>
          <w:tab w:val="left" w:leader="dot" w:pos="10319"/>
        </w:tabs>
      </w:pPr>
      <w:r w:rsidRPr="001E25DD">
        <w:t>☐ Foto Gereja Sekarang</w:t>
      </w:r>
    </w:p>
    <w:p w14:paraId="50361B06" w14:textId="77777777" w:rsidR="00AF6340" w:rsidRPr="001E25DD" w:rsidRDefault="00000000" w:rsidP="001510A7">
      <w:pPr>
        <w:tabs>
          <w:tab w:val="left" w:leader="dot" w:pos="10319"/>
        </w:tabs>
      </w:pPr>
      <w:r w:rsidRPr="001E25DD">
        <w:t>☐ Foto Tokoh Perintis</w:t>
      </w:r>
    </w:p>
    <w:p w14:paraId="46B792FD" w14:textId="77777777" w:rsidR="00AF6340" w:rsidRPr="001E25DD" w:rsidRDefault="00000000" w:rsidP="001510A7">
      <w:pPr>
        <w:tabs>
          <w:tab w:val="left" w:leader="dot" w:pos="10319"/>
        </w:tabs>
      </w:pPr>
      <w:r w:rsidRPr="001E25DD">
        <w:t>☐ Arsip Buku Lama (jika ada)</w:t>
      </w:r>
    </w:p>
    <w:p w14:paraId="0B8EDDA3" w14:textId="77777777" w:rsidR="00AF6340" w:rsidRPr="001E25DD" w:rsidRDefault="00000000" w:rsidP="001510A7">
      <w:pPr>
        <w:tabs>
          <w:tab w:val="left" w:leader="dot" w:pos="10319"/>
        </w:tabs>
      </w:pPr>
      <w:r w:rsidRPr="001E25DD">
        <w:t>☐ Dokumen SK / Surat Penting</w:t>
      </w:r>
    </w:p>
    <w:p w14:paraId="02D97502" w14:textId="7B4AE560" w:rsidR="00AF6340" w:rsidRPr="001E25DD" w:rsidRDefault="00000000" w:rsidP="001510A7">
      <w:pPr>
        <w:pStyle w:val="Heading2"/>
        <w:tabs>
          <w:tab w:val="left" w:leader="dot" w:pos="10319"/>
        </w:tabs>
        <w:rPr>
          <w:color w:val="auto"/>
        </w:rPr>
      </w:pPr>
      <w:r w:rsidRPr="001E25DD">
        <w:rPr>
          <w:color w:val="auto"/>
        </w:rPr>
        <w:t xml:space="preserve">L. SUMBER INFORMASI </w:t>
      </w:r>
    </w:p>
    <w:p w14:paraId="4EE046BD" w14:textId="0F998848" w:rsidR="00A52785" w:rsidRPr="001E25DD" w:rsidRDefault="00A52785" w:rsidP="001510A7">
      <w:pPr>
        <w:tabs>
          <w:tab w:val="left" w:leader="dot" w:pos="10319"/>
        </w:tabs>
      </w:pPr>
      <w:r w:rsidRPr="001E25DD">
        <w:t xml:space="preserve">1. Nama </w:t>
      </w:r>
      <w:proofErr w:type="spellStart"/>
      <w:proofErr w:type="gramStart"/>
      <w:r w:rsidRPr="001E25DD">
        <w:t>Narasumber</w:t>
      </w:r>
      <w:proofErr w:type="spellEnd"/>
      <w:r w:rsidRPr="001E25DD">
        <w:t xml:space="preserve"> :</w:t>
      </w:r>
      <w:proofErr w:type="gramEnd"/>
      <w:r w:rsidRPr="001E25DD">
        <w:t xml:space="preserve"> .................................................................</w:t>
      </w:r>
      <w:r w:rsidR="00E107F2" w:rsidRPr="001E25DD">
        <w:tab/>
      </w:r>
    </w:p>
    <w:p w14:paraId="0D06940F" w14:textId="100DDA52" w:rsidR="00A52785" w:rsidRPr="001E25DD" w:rsidRDefault="00A52785" w:rsidP="001510A7">
      <w:pPr>
        <w:tabs>
          <w:tab w:val="left" w:leader="dot" w:pos="10319"/>
        </w:tabs>
      </w:pPr>
      <w:r w:rsidRPr="001E25DD">
        <w:t xml:space="preserve">2. </w:t>
      </w:r>
      <w:proofErr w:type="spellStart"/>
      <w:proofErr w:type="gramStart"/>
      <w:r w:rsidRPr="001E25DD">
        <w:t>Umur</w:t>
      </w:r>
      <w:proofErr w:type="spellEnd"/>
      <w:r w:rsidRPr="001E25DD">
        <w:t xml:space="preserve"> :</w:t>
      </w:r>
      <w:proofErr w:type="gramEnd"/>
      <w:r w:rsidRPr="001E25DD">
        <w:t xml:space="preserve"> .................................................................</w:t>
      </w:r>
      <w:r w:rsidR="00E107F2" w:rsidRPr="001E25DD">
        <w:tab/>
      </w:r>
    </w:p>
    <w:p w14:paraId="506ABD4B" w14:textId="7E7D3D0C" w:rsidR="00A52785" w:rsidRPr="001E25DD" w:rsidRDefault="00A52785" w:rsidP="001510A7">
      <w:pPr>
        <w:tabs>
          <w:tab w:val="left" w:leader="dot" w:pos="10319"/>
        </w:tabs>
      </w:pPr>
      <w:r w:rsidRPr="001E25DD">
        <w:t xml:space="preserve">3. </w:t>
      </w:r>
      <w:proofErr w:type="spellStart"/>
      <w:r w:rsidRPr="001E25DD">
        <w:t>Jabatan</w:t>
      </w:r>
      <w:proofErr w:type="spellEnd"/>
      <w:r w:rsidRPr="001E25DD">
        <w:t>/</w:t>
      </w:r>
      <w:proofErr w:type="gramStart"/>
      <w:r w:rsidRPr="001E25DD">
        <w:t>Peran :</w:t>
      </w:r>
      <w:proofErr w:type="gramEnd"/>
      <w:r w:rsidRPr="001E25DD">
        <w:t xml:space="preserve"> .................................................................</w:t>
      </w:r>
      <w:r w:rsidR="00E107F2" w:rsidRPr="001E25DD">
        <w:tab/>
      </w:r>
    </w:p>
    <w:p w14:paraId="29ECC8C7" w14:textId="259BFD95" w:rsidR="00A52785" w:rsidRPr="001E25DD" w:rsidRDefault="00A52785" w:rsidP="001510A7">
      <w:pPr>
        <w:tabs>
          <w:tab w:val="left" w:leader="dot" w:pos="10319"/>
        </w:tabs>
      </w:pPr>
      <w:r w:rsidRPr="001E25DD">
        <w:t xml:space="preserve">4. </w:t>
      </w:r>
      <w:proofErr w:type="spellStart"/>
      <w:r w:rsidRPr="001E25DD">
        <w:t>Nomor</w:t>
      </w:r>
      <w:proofErr w:type="spellEnd"/>
      <w:r w:rsidRPr="001E25DD">
        <w:t xml:space="preserve"> </w:t>
      </w:r>
      <w:proofErr w:type="gramStart"/>
      <w:r w:rsidRPr="001E25DD">
        <w:t>Kontak :</w:t>
      </w:r>
      <w:proofErr w:type="gramEnd"/>
      <w:r w:rsidRPr="001E25DD">
        <w:t xml:space="preserve"> .................................................................</w:t>
      </w:r>
      <w:r w:rsidR="00E107F2" w:rsidRPr="001E25DD">
        <w:tab/>
      </w:r>
    </w:p>
    <w:p w14:paraId="5A195DEF" w14:textId="7F2652B8" w:rsidR="00AF6340" w:rsidRPr="001E25DD" w:rsidRDefault="00A52785" w:rsidP="001510A7">
      <w:pPr>
        <w:tabs>
          <w:tab w:val="left" w:leader="dot" w:pos="10319"/>
        </w:tabs>
      </w:pPr>
      <w:r w:rsidRPr="001E25DD">
        <w:t xml:space="preserve">5. </w:t>
      </w:r>
      <w:proofErr w:type="spellStart"/>
      <w:r w:rsidRPr="001E25DD">
        <w:t>Tanggal</w:t>
      </w:r>
      <w:proofErr w:type="spellEnd"/>
      <w:r w:rsidRPr="001E25DD">
        <w:t xml:space="preserve"> </w:t>
      </w:r>
      <w:proofErr w:type="spellStart"/>
      <w:proofErr w:type="gramStart"/>
      <w:r w:rsidRPr="001E25DD">
        <w:t>Wawancara</w:t>
      </w:r>
      <w:proofErr w:type="spellEnd"/>
      <w:r w:rsidRPr="001E25DD">
        <w:t xml:space="preserve"> :</w:t>
      </w:r>
      <w:proofErr w:type="gramEnd"/>
      <w:r w:rsidRPr="001E25DD">
        <w:t xml:space="preserve"> .................................................................</w:t>
      </w:r>
      <w:r w:rsidR="00E107F2" w:rsidRPr="001E25DD">
        <w:tab/>
      </w:r>
    </w:p>
    <w:sectPr w:rsidR="00AF6340" w:rsidRPr="001E25DD" w:rsidSect="001510A7">
      <w:headerReference w:type="default" r:id="rId8"/>
      <w:footerReference w:type="default" r:id="rId9"/>
      <w:pgSz w:w="12189" w:h="18709" w:code="13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E038" w14:textId="77777777" w:rsidR="006B2DE0" w:rsidRDefault="006B2DE0" w:rsidP="001E25DD">
      <w:pPr>
        <w:spacing w:after="0" w:line="240" w:lineRule="auto"/>
      </w:pPr>
      <w:r>
        <w:separator/>
      </w:r>
    </w:p>
  </w:endnote>
  <w:endnote w:type="continuationSeparator" w:id="0">
    <w:p w14:paraId="5037CCA1" w14:textId="77777777" w:rsidR="006B2DE0" w:rsidRDefault="006B2DE0" w:rsidP="001E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2C30" w14:textId="6BD1BE41" w:rsidR="000D273A" w:rsidRDefault="000D273A" w:rsidP="000D273A">
    <w:pPr>
      <w:pStyle w:val="Footer"/>
      <w:jc w:val="center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6B24BC" wp14:editId="6A6D13C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D68D2FF" id="Rectangle 247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proofErr w:type="spellStart"/>
    <w:r>
      <w:rPr>
        <w:color w:val="4F81BD" w:themeColor="accent1"/>
      </w:rPr>
      <w:t>Komsos</w:t>
    </w:r>
    <w:proofErr w:type="spellEnd"/>
    <w:r>
      <w:rPr>
        <w:color w:val="4F81BD" w:themeColor="accent1"/>
      </w:rPr>
      <w:t xml:space="preserve"> PG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3DE9" w14:textId="77777777" w:rsidR="006B2DE0" w:rsidRDefault="006B2DE0" w:rsidP="001E25DD">
      <w:pPr>
        <w:spacing w:after="0" w:line="240" w:lineRule="auto"/>
      </w:pPr>
      <w:r>
        <w:separator/>
      </w:r>
    </w:p>
  </w:footnote>
  <w:footnote w:type="continuationSeparator" w:id="0">
    <w:p w14:paraId="512BA929" w14:textId="77777777" w:rsidR="006B2DE0" w:rsidRDefault="006B2DE0" w:rsidP="001E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2218" w14:textId="33AB5071" w:rsidR="001E25DD" w:rsidRPr="000F0199" w:rsidRDefault="000D273A" w:rsidP="001E25DD">
    <w:pPr>
      <w:pStyle w:val="Header"/>
      <w:pBdr>
        <w:bottom w:val="thickThinSmallGap" w:sz="24" w:space="1" w:color="auto"/>
      </w:pBdr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83BE688" wp14:editId="18E3A0A1">
          <wp:simplePos x="0" y="0"/>
          <wp:positionH relativeFrom="margin">
            <wp:posOffset>5987415</wp:posOffset>
          </wp:positionH>
          <wp:positionV relativeFrom="paragraph">
            <wp:posOffset>-142544</wp:posOffset>
          </wp:positionV>
          <wp:extent cx="838650" cy="655132"/>
          <wp:effectExtent l="0" t="0" r="0" b="0"/>
          <wp:wrapNone/>
          <wp:docPr id="13426828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86061" name="Picture 127786061"/>
                  <pic:cNvPicPr/>
                </pic:nvPicPr>
                <pic:blipFill rotWithShape="1">
                  <a:blip r:embed="rId1"/>
                  <a:srcRect t="6634" b="15230"/>
                  <a:stretch>
                    <a:fillRect/>
                  </a:stretch>
                </pic:blipFill>
                <pic:spPr bwMode="auto">
                  <a:xfrm>
                    <a:off x="0" y="0"/>
                    <a:ext cx="838650" cy="655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75DEAF2" wp14:editId="652FB2F4">
          <wp:simplePos x="0" y="0"/>
          <wp:positionH relativeFrom="margin">
            <wp:posOffset>0</wp:posOffset>
          </wp:positionH>
          <wp:positionV relativeFrom="paragraph">
            <wp:posOffset>-115266</wp:posOffset>
          </wp:positionV>
          <wp:extent cx="485029" cy="606286"/>
          <wp:effectExtent l="0" t="0" r="0" b="3810"/>
          <wp:wrapNone/>
          <wp:docPr id="5429156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954053" name="Picture 31895405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85029" cy="606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5DD" w:rsidRPr="000F0199">
      <w:rPr>
        <w:b/>
        <w:bCs/>
        <w:sz w:val="24"/>
        <w:szCs w:val="24"/>
      </w:rPr>
      <w:t>DEWAN PASTORAL PAROKI SANTO HENDRIKUS MELOLO</w:t>
    </w:r>
  </w:p>
  <w:p w14:paraId="6FE9EA4D" w14:textId="360F8DE3" w:rsidR="001E25DD" w:rsidRDefault="001E25DD" w:rsidP="001E25DD">
    <w:pPr>
      <w:pStyle w:val="Header"/>
      <w:pBdr>
        <w:bottom w:val="thickThinSmallGap" w:sz="24" w:space="1" w:color="auto"/>
      </w:pBdr>
      <w:jc w:val="center"/>
      <w:rPr>
        <w:b/>
        <w:bCs/>
        <w:sz w:val="24"/>
        <w:szCs w:val="24"/>
      </w:rPr>
    </w:pPr>
    <w:r w:rsidRPr="000F0199">
      <w:rPr>
        <w:b/>
        <w:bCs/>
        <w:sz w:val="24"/>
        <w:szCs w:val="24"/>
      </w:rPr>
      <w:t>SEKSI KOMSOS</w:t>
    </w:r>
  </w:p>
  <w:p w14:paraId="66BC5DD5" w14:textId="365EFA3E" w:rsidR="001E25DD" w:rsidRPr="008A50C8" w:rsidRDefault="00ED0810" w:rsidP="008A50C8">
    <w:pPr>
      <w:pStyle w:val="Header"/>
      <w:pBdr>
        <w:bottom w:val="thickThinSmallGap" w:sz="24" w:space="1" w:color="auto"/>
      </w:pBdr>
      <w:jc w:val="center"/>
      <w:rPr>
        <w:rFonts w:ascii="Bradley Hand ITC" w:hAnsi="Bradley Hand ITC"/>
        <w:b/>
        <w:bCs/>
        <w:sz w:val="20"/>
        <w:szCs w:val="20"/>
      </w:rPr>
    </w:pPr>
    <w:proofErr w:type="spellStart"/>
    <w:r w:rsidRPr="00ED0810">
      <w:rPr>
        <w:rFonts w:ascii="Bradley Hand ITC" w:hAnsi="Bradley Hand ITC"/>
        <w:b/>
        <w:bCs/>
        <w:sz w:val="20"/>
        <w:szCs w:val="20"/>
      </w:rPr>
      <w:t>Kelurahan</w:t>
    </w:r>
    <w:proofErr w:type="spellEnd"/>
    <w:r w:rsidRPr="00ED0810">
      <w:rPr>
        <w:rFonts w:ascii="Bradley Hand ITC" w:hAnsi="Bradley Hand ITC"/>
        <w:b/>
        <w:bCs/>
        <w:sz w:val="20"/>
        <w:szCs w:val="20"/>
      </w:rPr>
      <w:t xml:space="preserve"> Lumbu Kore – </w:t>
    </w:r>
    <w:proofErr w:type="spellStart"/>
    <w:r w:rsidRPr="00ED0810">
      <w:rPr>
        <w:rFonts w:ascii="Bradley Hand ITC" w:hAnsi="Bradley Hand ITC"/>
        <w:b/>
        <w:bCs/>
        <w:sz w:val="20"/>
        <w:szCs w:val="20"/>
      </w:rPr>
      <w:t>Kecamatan</w:t>
    </w:r>
    <w:proofErr w:type="spellEnd"/>
    <w:r w:rsidRPr="00ED0810">
      <w:rPr>
        <w:rFonts w:ascii="Bradley Hand ITC" w:hAnsi="Bradley Hand ITC"/>
        <w:b/>
        <w:bCs/>
        <w:sz w:val="20"/>
        <w:szCs w:val="20"/>
      </w:rPr>
      <w:t xml:space="preserve"> Uma Lulu – Sumba Timur -NTT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AE1402"/>
    <w:multiLevelType w:val="hybridMultilevel"/>
    <w:tmpl w:val="D1AAF8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E7BA4"/>
    <w:multiLevelType w:val="hybridMultilevel"/>
    <w:tmpl w:val="168AFE80"/>
    <w:lvl w:ilvl="0" w:tplc="1566589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80A"/>
    <w:multiLevelType w:val="hybridMultilevel"/>
    <w:tmpl w:val="0E9A850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267EC6"/>
    <w:multiLevelType w:val="hybridMultilevel"/>
    <w:tmpl w:val="1378474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661C3"/>
    <w:multiLevelType w:val="hybridMultilevel"/>
    <w:tmpl w:val="9ACE51E4"/>
    <w:lvl w:ilvl="0" w:tplc="56EE4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46393"/>
    <w:multiLevelType w:val="hybridMultilevel"/>
    <w:tmpl w:val="712AF40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0494A"/>
    <w:multiLevelType w:val="hybridMultilevel"/>
    <w:tmpl w:val="C24206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03125">
    <w:abstractNumId w:val="8"/>
  </w:num>
  <w:num w:numId="2" w16cid:durableId="845366513">
    <w:abstractNumId w:val="6"/>
  </w:num>
  <w:num w:numId="3" w16cid:durableId="2019235585">
    <w:abstractNumId w:val="5"/>
  </w:num>
  <w:num w:numId="4" w16cid:durableId="1403330883">
    <w:abstractNumId w:val="4"/>
  </w:num>
  <w:num w:numId="5" w16cid:durableId="1092124025">
    <w:abstractNumId w:val="7"/>
  </w:num>
  <w:num w:numId="6" w16cid:durableId="1840347572">
    <w:abstractNumId w:val="3"/>
  </w:num>
  <w:num w:numId="7" w16cid:durableId="377440466">
    <w:abstractNumId w:val="2"/>
  </w:num>
  <w:num w:numId="8" w16cid:durableId="637151704">
    <w:abstractNumId w:val="1"/>
  </w:num>
  <w:num w:numId="9" w16cid:durableId="1133132433">
    <w:abstractNumId w:val="0"/>
  </w:num>
  <w:num w:numId="10" w16cid:durableId="181825692">
    <w:abstractNumId w:val="14"/>
  </w:num>
  <w:num w:numId="11" w16cid:durableId="1558976426">
    <w:abstractNumId w:val="12"/>
  </w:num>
  <w:num w:numId="12" w16cid:durableId="270284292">
    <w:abstractNumId w:val="9"/>
  </w:num>
  <w:num w:numId="13" w16cid:durableId="855995955">
    <w:abstractNumId w:val="13"/>
  </w:num>
  <w:num w:numId="14" w16cid:durableId="159077639">
    <w:abstractNumId w:val="11"/>
  </w:num>
  <w:num w:numId="15" w16cid:durableId="411003911">
    <w:abstractNumId w:val="10"/>
  </w:num>
  <w:num w:numId="16" w16cid:durableId="123353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73A"/>
    <w:rsid w:val="0015074B"/>
    <w:rsid w:val="001510A7"/>
    <w:rsid w:val="001E25DD"/>
    <w:rsid w:val="0029639D"/>
    <w:rsid w:val="002F5483"/>
    <w:rsid w:val="00326F90"/>
    <w:rsid w:val="00361E39"/>
    <w:rsid w:val="00374B79"/>
    <w:rsid w:val="00691235"/>
    <w:rsid w:val="006B2DE0"/>
    <w:rsid w:val="007A2335"/>
    <w:rsid w:val="00884E46"/>
    <w:rsid w:val="008A50C8"/>
    <w:rsid w:val="009A5D2F"/>
    <w:rsid w:val="00A21041"/>
    <w:rsid w:val="00A42C38"/>
    <w:rsid w:val="00A52785"/>
    <w:rsid w:val="00AA1D8D"/>
    <w:rsid w:val="00AF6340"/>
    <w:rsid w:val="00B20197"/>
    <w:rsid w:val="00B47730"/>
    <w:rsid w:val="00CB0664"/>
    <w:rsid w:val="00D36EED"/>
    <w:rsid w:val="00E107F2"/>
    <w:rsid w:val="00ED0810"/>
    <w:rsid w:val="00ED2B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0A307"/>
  <w14:defaultImageDpi w14:val="300"/>
  <w15:docId w15:val="{95AD5263-B3FF-4877-A2AC-B3B4D369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Pascall Djoa</cp:lastModifiedBy>
  <cp:revision>2</cp:revision>
  <cp:lastPrinted>2026-03-14T14:28:00Z</cp:lastPrinted>
  <dcterms:created xsi:type="dcterms:W3CDTF">2026-03-14T15:04:00Z</dcterms:created>
  <dcterms:modified xsi:type="dcterms:W3CDTF">2026-03-14T15:04:00Z</dcterms:modified>
  <cp:category/>
</cp:coreProperties>
</file>